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(KURUM ADI) PERSONEL DAİRE BAŞKANLIĞINA</w:t>
      </w:r>
    </w:p>
    <w:p/>
    <w:p>
      <w:pPr>
        <w:jc w:val="center"/>
      </w:pPr>
      <w:r>
        <w:t>Konu: 4/B Sözleşmeli Personel Eş Durumu Nedeniyle Nakil Talebi</w:t>
      </w:r>
    </w:p>
    <w:p/>
    <w:p>
      <w:r>
        <w:t>657 sayılı Devlet Memurları Kanunu’nun 4/B maddesi ve 06.06.1978 tarihli</w:t>
      </w:r>
    </w:p>
    <w:p>
      <w:r>
        <w:t xml:space="preserve">Bakanlar Kurulu Kararı ile yürürlüğe konulan Sözleşmeli Personel Çalıştırıl- </w:t>
      </w:r>
    </w:p>
    <w:p>
      <w:r>
        <w:t>masına İlişkin Esaslar’ın Ek 3. maddesi uyarınca;</w:t>
      </w:r>
    </w:p>
    <w:p>
      <w:r>
        <w:t>.../.../20.... tarihinden beri kurumunuzda ....................................</w:t>
      </w:r>
    </w:p>
    <w:p>
      <w:r>
        <w:t>unvanıyla sözleşmeli personel olarak görev yapmaktayım.</w:t>
      </w:r>
    </w:p>
    <w:p/>
    <w:p>
      <w:r>
        <w:t>Eşim ........................................, .../.../20.... tarihinden beri</w:t>
      </w:r>
    </w:p>
    <w:p>
      <w:r>
        <w:t>........................................ ili ...................................</w:t>
      </w:r>
    </w:p>
    <w:p>
      <w:r>
        <w:t>ilçesinde ........................................ kadrosunda (4/A) görev</w:t>
      </w:r>
    </w:p>
    <w:p>
      <w:r>
        <w:t>yapmaktadır. Aile birliğinin sağlanması amacıyla eşimin görev yaptığı</w:t>
      </w:r>
    </w:p>
    <w:p>
      <w:r>
        <w:t>........................................ ili ...................................</w:t>
      </w:r>
    </w:p>
    <w:p>
      <w:r>
        <w:t>ilçesinde bulunan uygun 4/B pozisyonuna naklen atanmak istiyorum.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Başvurucu</w:t>
      </w:r>
    </w:p>
    <w:p>
      <w:r>
        <w:t>Adı Soyadı : ____________________</w:t>
      </w:r>
    </w:p>
    <w:p>
      <w:r>
        <w:t>T.C. Kimlik No : ________________</w:t>
      </w:r>
    </w:p>
    <w:p>
      <w:r>
        <w:t>Görev Yeri   : ____________________</w:t>
      </w:r>
    </w:p>
    <w:p>
      <w:r>
        <w:t>Unvan        : ____________________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/>
    <w:p>
      <w:r>
        <w:t>Ekler:</w:t>
      </w:r>
    </w:p>
    <w:p>
      <w:r>
        <w:t>1) Evlilik Cüzdanı Fotokopisi</w:t>
      </w:r>
    </w:p>
    <w:p>
      <w:r>
        <w:t>2) Eşin Çalıştığı Kurumdan Onaylı Görev Belgesi</w:t>
      </w:r>
    </w:p>
    <w:p>
      <w:r>
        <w:t>3) İkametgâh Belgesi</w:t>
      </w:r>
    </w:p>
    <w:p>
      <w:r>
        <w:t>4) Hizmet Cetveli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