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ÜNİVERSİTESİ REKTÖRLÜĞÜNE</w:t>
      </w:r>
    </w:p>
    <w:p/>
    <w:p>
      <w:pPr>
        <w:jc w:val="center"/>
      </w:pPr>
      <w:r>
        <w:t>Konu: 2547 s. Kanun md. 33/a Kapsamında Araştırma Görevlisi Kadrosuna Geçiş Talebi</w:t>
      </w:r>
    </w:p>
    <w:p/>
    <w:p>
      <w:r>
        <w:t>2547 sayılı Yükseköğretim Kanunu’nun 50/d maddesi uyarınca .../.../20....</w:t>
      </w:r>
    </w:p>
    <w:p>
      <w:r>
        <w:t>tarihinden beri ..............................................................</w:t>
      </w:r>
    </w:p>
    <w:p>
      <w:r>
        <w:t>Enstitüsü ........................................ Anabilim Dalı'nda araştırma</w:t>
      </w:r>
    </w:p>
    <w:p>
      <w:r>
        <w:t>görevlisi olarak görev yapmaktayım.</w:t>
      </w:r>
    </w:p>
    <w:p/>
    <w:p>
      <w:r>
        <w:t>Doktora/sanatta yeterlik eğitimime tez döneminde devam etmekte olup, akademik</w:t>
      </w:r>
    </w:p>
    <w:p>
      <w:r>
        <w:t>çalışmalarımı sürdürebilmem ve eğitimim tamamlandıktan sonra da üniversitemize</w:t>
      </w:r>
    </w:p>
    <w:p>
      <w:r>
        <w:t>katkı sağlayabilmem amacıyla 2547 sayılı Kanun’un 33/a maddesi kapsamında</w:t>
      </w:r>
    </w:p>
    <w:p>
      <w:r>
        <w:t>araştırma görevlisi kadrosuna atanmak istiyorum.</w:t>
      </w:r>
    </w:p>
    <w:p/>
    <w:p>
      <w:r>
        <w:t>Gereğini arz ederim.</w:t>
      </w:r>
    </w:p>
    <w:p/>
    <w:p>
      <w:r>
        <w:t>..............., .... / .... / 20....</w:t>
      </w:r>
    </w:p>
    <w:p/>
    <w:p>
      <w:r>
        <w:t>Başvurucu</w:t>
      </w:r>
    </w:p>
    <w:p>
      <w:r>
        <w:t>Adı Soyadı : ____________________</w:t>
      </w:r>
    </w:p>
    <w:p>
      <w:r>
        <w:t>T.C. Kimlik No : ________________</w:t>
      </w:r>
    </w:p>
    <w:p>
      <w:r>
        <w:t>Birim / ABD  : ____________________</w:t>
      </w:r>
    </w:p>
    <w:p>
      <w:r>
        <w:t>İmza</w:t>
      </w:r>
    </w:p>
    <w:p/>
    <w:p>
      <w:r>
        <w:t>Adres   : _________________________</w:t>
      </w:r>
    </w:p>
    <w:p>
      <w:r>
        <w:t>Telefon : ________________________</w:t>
      </w:r>
    </w:p>
    <w:p/>
    <w:p>
      <w:r>
        <w:t>Ekler:</w:t>
      </w:r>
    </w:p>
    <w:p>
      <w:r>
        <w:t>1) Lisansüstü Öğrenci Belgesi</w:t>
      </w:r>
    </w:p>
    <w:p>
      <w:r>
        <w:t>2) Yabancı Dil Sonuç Belgesi</w:t>
      </w:r>
    </w:p>
    <w:p>
      <w:r>
        <w:t>3) Yayın Listesi (varsa)</w:t>
      </w:r>
    </w:p>
    <w:p>
      <w:r>
        <w:t>4) Özgeçmiş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