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ABD ................................................. BÜYÜKELÇİLİĞİ / BAŞKONSOLOSLUĞU</w:t>
      </w:r>
    </w:p>
    <w:p>
      <w:pPr>
        <w:jc w:val="center"/>
      </w:pPr>
      <w:r>
        <w:t>Konsolosluk Bölümüne</w:t>
      </w:r>
    </w:p>
    <w:p/>
    <w:p>
      <w:pPr>
        <w:jc w:val="center"/>
      </w:pPr>
      <w:r>
        <w:t>Konu: ABD (B1/B2) Vize Başvurusu</w:t>
      </w:r>
    </w:p>
    <w:p/>
    <w:p>
      <w:r>
        <w:t>Sayın Konsolosluk Yetkilisi,</w:t>
      </w:r>
    </w:p>
    <w:p/>
    <w:p>
      <w:r>
        <w:t>T.C. pasaport numarası ........................... olan, ...... doğum tarihli</w:t>
      </w:r>
    </w:p>
    <w:p>
      <w:r>
        <w:t>...... ...... olarak 01.10.2025 – 15.10.2025 tarihleri arasında Amerika</w:t>
      </w:r>
    </w:p>
    <w:p>
      <w:r>
        <w:t>Birleşik Devletleri’ne turistik/iş amaçlı seyahat etmeyi planlıyorum.</w:t>
      </w:r>
    </w:p>
    <w:p>
      <w:r>
        <w:t>Çalışmakta olduğum ........................................ şirketinde</w:t>
      </w:r>
    </w:p>
    <w:p>
      <w:r>
        <w:t>....... pozisyonunda 20../.... yılından beri görev yapmaktayım.</w:t>
      </w:r>
    </w:p>
    <w:p>
      <w:r>
        <w:t>Seyahat masraflarım tarafımdan karşılanacak olup, Türkiye’ye dönüş</w:t>
      </w:r>
    </w:p>
    <w:p>
      <w:r>
        <w:t>yükümlülüklerim (iş yerim, ailem ve malvarlığım) sebebiyle yasal süresi</w:t>
      </w:r>
    </w:p>
    <w:p>
      <w:r>
        <w:t>içinde ülkeye geri döneceğim.</w:t>
      </w:r>
    </w:p>
    <w:p/>
    <w:p>
      <w:r>
        <w:t>Bu doğrultuda, gerekli vizenin tarafıma verilmesini saygılarımla arz ederim.</w:t>
      </w:r>
    </w:p>
    <w:p/>
    <w:p>
      <w:r>
        <w:t>..............., .... / .... / 20....</w:t>
      </w:r>
    </w:p>
    <w:p/>
    <w:p>
      <w:r>
        <w:t>Başvuru Sahibi</w:t>
      </w:r>
    </w:p>
    <w:p>
      <w:r>
        <w:t>Adı Soyadı : ____________________</w:t>
      </w:r>
    </w:p>
    <w:p>
      <w:r>
        <w:t>İmza    : ____________________</w:t>
      </w:r>
    </w:p>
    <w:p>
      <w:r>
        <w:t>Telefon  : ____________________</w:t>
      </w:r>
    </w:p>
    <w:p>
      <w:r>
        <w:t>E‑posta  : ____________________</w:t>
      </w:r>
    </w:p>
    <w:p/>
    <w:p>
      <w:r>
        <w:t>Ekler:</w:t>
      </w:r>
    </w:p>
    <w:p>
      <w:r>
        <w:t>1) Pasaport fotokopisi</w:t>
      </w:r>
    </w:p>
    <w:p>
      <w:r>
        <w:t>2) Banka hesap dökümü</w:t>
      </w:r>
    </w:p>
    <w:p>
      <w:r>
        <w:t>3) İş Yerinden İzin Yazısı</w:t>
      </w:r>
    </w:p>
    <w:p>
      <w:r>
        <w:t>4) Uçuş ve konaklama rezervasyonları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