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(KURUM) İNSAN KAYNAKLARI DEPARTMANINA</w:t>
      </w:r>
    </w:p>
    <w:p/>
    <w:p>
      <w:pPr>
        <w:jc w:val="center"/>
      </w:pPr>
      <w:r>
        <w:t>Konu: Aile Durum Bildirimi</w:t>
      </w:r>
    </w:p>
    <w:p/>
    <w:p>
      <w:r>
        <w:t>Sayın Yetkili,</w:t>
      </w:r>
    </w:p>
    <w:p/>
    <w:p>
      <w:r>
        <w:t>T.C. Kimlik No : ............................................................</w:t>
      </w:r>
    </w:p>
    <w:p>
      <w:r>
        <w:t>Adı Soyadı   : ............................................................</w:t>
      </w:r>
    </w:p>
    <w:p>
      <w:r>
        <w:t>Görev / Ünvan  : ............................................................</w:t>
      </w:r>
    </w:p>
    <w:p/>
    <w:p>
      <w:r>
        <w:t>Aile Durumu Bilgilerim:</w:t>
      </w:r>
    </w:p>
    <w:p>
      <w:r>
        <w:t>• Medeni Hâl   : Evli / Bekâr</w:t>
      </w:r>
    </w:p>
    <w:p>
      <w:r>
        <w:t>• Eşin Adı Soyadı : ............................................................</w:t>
      </w:r>
    </w:p>
    <w:p>
      <w:r>
        <w:t xml:space="preserve">  - Çalışma Durumu: Çalışıyor / Çalışmıyor</w:t>
      </w:r>
    </w:p>
    <w:p>
      <w:r>
        <w:t xml:space="preserve">  - T.C. Kimlik No: ............................................................</w:t>
      </w:r>
    </w:p>
    <w:p/>
    <w:p>
      <w:r>
        <w:t>Çocuk Bilgileri:</w:t>
      </w:r>
    </w:p>
    <w:p>
      <w:r>
        <w:t>1) Adı Soyadı : ........................................  Doğum Tarihi: ..../..../....</w:t>
      </w:r>
    </w:p>
    <w:p>
      <w:r>
        <w:t>2) Adı Soyadı : ........................................  Doğum Tarihi: ..../..../....</w:t>
      </w:r>
    </w:p>
    <w:p>
      <w:r>
        <w:t>(varsa diğer çocuklar eklenecektir)</w:t>
      </w:r>
    </w:p>
    <w:p/>
    <w:p>
      <w:r>
        <w:t>Gelir Vergisi Kanunu’nun 32. maddesi uyarınca aile durumuma ilişkin</w:t>
      </w:r>
    </w:p>
    <w:p>
      <w:r>
        <w:t>değişikliklerin dikkate alınmasını talep eder, bilgilerin doğruluğunu</w:t>
      </w:r>
    </w:p>
    <w:p>
      <w:r>
        <w:t>beyan ederim.</w:t>
      </w:r>
    </w:p>
    <w:p/>
    <w:p>
      <w:r>
        <w:t>..............., .... / .... / 20....</w:t>
      </w:r>
    </w:p>
    <w:p/>
    <w:p>
      <w:r>
        <w:t>Beyan Eden</w:t>
      </w:r>
    </w:p>
    <w:p>
      <w:r>
        <w:t>Adı Soyadı : ____________________</w:t>
      </w:r>
    </w:p>
    <w:p>
      <w:r>
        <w:t>İmza</w:t>
      </w:r>
    </w:p>
    <w:p/>
    <w:p>
      <w:r>
        <w:t>Ekler:</w:t>
      </w:r>
    </w:p>
    <w:p>
      <w:r>
        <w:t>1) Nüfus Kayıt Örneği</w:t>
      </w:r>
    </w:p>
    <w:p>
      <w:r>
        <w:t>2) Eş Çalışma Belgesi (varsa)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