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ALMANYA FEDERAL CUMHURİYETİ</w:t>
      </w:r>
    </w:p>
    <w:p>
      <w:pPr>
        <w:jc w:val="center"/>
      </w:pPr>
      <w:r>
        <w:t>................................................. BAŞKONSOLOSLUĞU VİZE BÖLÜMÜ'NE</w:t>
      </w:r>
    </w:p>
    <w:p/>
    <w:p>
      <w:pPr>
        <w:jc w:val="center"/>
      </w:pPr>
      <w:r>
        <w:t>Konu: Aile Ziyareti Vizesi Başvurusu</w:t>
      </w:r>
    </w:p>
    <w:p/>
    <w:p>
      <w:r>
        <w:t>Sayın Yetkili,</w:t>
      </w:r>
    </w:p>
    <w:p>
      <w:r>
        <w:t>Almanya'da ikamet eden ........................................ (akraba türü) olan</w:t>
      </w:r>
    </w:p>
    <w:p>
      <w:r>
        <w:t>........................................'i ziyaret etmek üzere .../.../2025 – .../.../2025</w:t>
      </w:r>
    </w:p>
    <w:p>
      <w:r>
        <w:t>tarihleri arasında Almanya'ya seyahat etmeyi planlıyorum.</w:t>
      </w:r>
    </w:p>
    <w:p>
      <w:r>
        <w:t>Seyahat masraflarım tarafımdan karşılanacak olup, dönüş biletim ve konaklama</w:t>
      </w:r>
    </w:p>
    <w:p>
      <w:r>
        <w:t>rezervasyonlarım ekte sunulmuştur.</w:t>
      </w:r>
    </w:p>
    <w:p>
      <w:r>
        <w:t>Aile bağlarımızı güçlendirmek amacıyla gerçekleştireceğim bu kısa süreli seyahat</w:t>
      </w:r>
    </w:p>
    <w:p>
      <w:r>
        <w:t>için Schengen aile ziyareti vizesinin tarafıma verilmesini arz ederim.</w:t>
      </w:r>
    </w:p>
    <w:p/>
    <w:p>
      <w:r>
        <w:t>Gereğini bilgilerinize arz ederim.</w:t>
      </w:r>
    </w:p>
    <w:p/>
    <w:p>
      <w:r>
        <w:t>Ekler:</w:t>
      </w:r>
    </w:p>
    <w:p>
      <w:r>
        <w:t>1) Davet mektubu (Verpflichtungserklärung)</w:t>
      </w:r>
    </w:p>
    <w:p>
      <w:r>
        <w:t>2) Uçuş ve konaklama rezervasyonları</w:t>
      </w:r>
    </w:p>
    <w:p>
      <w:r>
        <w:t>3) Nüfus kayıt örneği</w:t>
      </w:r>
    </w:p>
    <w:p>
      <w:r>
        <w:t>4) Banka hesap dökümleri</w:t>
      </w:r>
    </w:p>
    <w:p/>
    <w:p>
      <w:r>
        <w:t>..............., .... / .... / 20....</w:t>
      </w:r>
    </w:p>
    <w:p>
      <w:r>
        <w:t>Başvuru Sahibi</w:t>
      </w:r>
    </w:p>
    <w:p>
      <w:r>
        <w:t>Adı Soyadı: ____________________</w:t>
      </w:r>
    </w:p>
    <w:p>
      <w:r>
        <w:t>T.C. Kimlik No: ________________</w:t>
      </w:r>
    </w:p>
    <w:p>
      <w:r>
        <w:t>Pasaport No: ____________________</w:t>
      </w:r>
    </w:p>
    <w:p>
      <w:r>
        <w:t>İmza</w:t>
      </w:r>
    </w:p>
    <w:p/>
    <w:p>
      <w:pPr>
        <w:jc w:val="center"/>
      </w:pPr>
      <w:r>
        <w:t>--- German Version ---</w:t>
      </w:r>
    </w:p>
    <w:p/>
    <w:p>
      <w:pPr>
        <w:jc w:val="center"/>
      </w:pPr>
      <w:r>
        <w:t>An das</w:t>
      </w:r>
    </w:p>
    <w:p>
      <w:pPr>
        <w:jc w:val="center"/>
      </w:pPr>
      <w:r>
        <w:t>Generalkonsulat der Bundesrepublik Deutschland</w:t>
      </w:r>
    </w:p>
    <w:p>
      <w:pPr>
        <w:jc w:val="center"/>
      </w:pPr>
      <w:r>
        <w:t>Abteilung Visum</w:t>
      </w:r>
    </w:p>
    <w:p/>
    <w:p>
      <w:pPr>
        <w:jc w:val="center"/>
      </w:pPr>
      <w:r>
        <w:t>Betreff: Antrag auf Schengen‑Visum (Familienbesuch)</w:t>
      </w:r>
    </w:p>
    <w:p/>
    <w:p>
      <w:r>
        <w:t>Sehr geehrte Damen und Herren,</w:t>
      </w:r>
    </w:p>
    <w:p>
      <w:r>
        <w:t>ich plane, meine(n) in Deutschland lebende(n) ........................................</w:t>
      </w:r>
    </w:p>
    <w:p>
      <w:r>
        <w:t>im Zeitraum vom .../.../2025 bis .../.../2025 zu besuchen.</w:t>
      </w:r>
    </w:p>
    <w:p>
      <w:r>
        <w:t>Meine Reisekosten trage ich selbst; Flug‑ und Unterkunftsreservierungen sind</w:t>
      </w:r>
    </w:p>
    <w:p>
      <w:r>
        <w:t>beigefügt.</w:t>
      </w:r>
    </w:p>
    <w:p>
      <w:r>
        <w:t>Ich bitte höflich um die Erteilung eines Schengen‑Visums zum Familienbesuch.</w:t>
      </w:r>
    </w:p>
    <w:p/>
    <w:p>
      <w:r>
        <w:t>Mit freundlichen Grüßen</w:t>
      </w:r>
    </w:p>
    <w:p/>
    <w:p>
      <w:r>
        <w:t>..............., .... / .... / 20....</w:t>
      </w:r>
    </w:p>
    <w:p>
      <w:r>
        <w:t>Antragsteller/in</w:t>
      </w:r>
    </w:p>
    <w:p>
      <w:r>
        <w:t>Name: ____________________</w:t>
      </w:r>
    </w:p>
    <w:p>
      <w:r>
        <w:t>Pass‑Nr.: ____________________</w:t>
      </w:r>
    </w:p>
    <w:p>
      <w:r>
        <w:t>Unterschrift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