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ALMANYA FEDERAL CUMHURİYETİ</w:t>
      </w:r>
    </w:p>
    <w:p>
      <w:pPr>
        <w:jc w:val="center"/>
      </w:pPr>
      <w:r>
        <w:t>................................................. BAŞKONSOLOSLUĞU'NA</w:t>
      </w:r>
    </w:p>
    <w:p>
      <w:pPr>
        <w:jc w:val="center"/>
      </w:pPr>
      <w:r>
        <w:t>Vize Bölümü</w:t>
      </w:r>
    </w:p>
    <w:p/>
    <w:p>
      <w:pPr>
        <w:jc w:val="center"/>
      </w:pPr>
      <w:r>
        <w:t>Konu: Schengen Turistik Vize Başvurusu</w:t>
      </w:r>
    </w:p>
    <w:p/>
    <w:p>
      <w:r>
        <w:t>Sayın Yetkili,</w:t>
      </w:r>
    </w:p>
    <w:p>
      <w:r>
        <w:t>.../.../2025 – .../.../2025 tarihleri arasında Almanya’yı turistik amaçla</w:t>
      </w:r>
    </w:p>
    <w:p>
      <w:r>
        <w:t>ziyaret etmeyi planlıyorum. Seyahat masraflarım şahsıma aittir ve dönüş</w:t>
      </w:r>
    </w:p>
    <w:p>
      <w:r>
        <w:t>uçuşu ile konaklama rezervasyonlarına ilişkin belgeler ektedir.</w:t>
      </w:r>
    </w:p>
    <w:p>
      <w:r>
        <w:t>Seyahatimin ardından Türkiye’ye geri döneceğimi taahhüt eder, Schengen</w:t>
      </w:r>
    </w:p>
    <w:p>
      <w:r>
        <w:t>turistik vizesinin tarafıma verilmesini arz ederim.</w:t>
      </w:r>
    </w:p>
    <w:p/>
    <w:p>
      <w:r>
        <w:t>Bilgilerinize sunarım.</w:t>
      </w:r>
    </w:p>
    <w:p/>
    <w:p>
      <w:r>
        <w:t>Ekler:</w:t>
      </w:r>
    </w:p>
    <w:p>
      <w:r>
        <w:t>1) Pasaport Fotokopisi</w:t>
      </w:r>
    </w:p>
    <w:p>
      <w:r>
        <w:t>2) Uçuş ve Konaklama Rezervasyonları</w:t>
      </w:r>
    </w:p>
    <w:p>
      <w:r>
        <w:t>3) Banka Hesap Dökümleri</w:t>
      </w:r>
    </w:p>
    <w:p>
      <w:r>
        <w:t>4) Seyahat Sağlık Sigortası Poliçesi</w:t>
      </w:r>
    </w:p>
    <w:p/>
    <w:p>
      <w:r>
        <w:t>..............., .... / .... / 20....</w:t>
      </w:r>
    </w:p>
    <w:p>
      <w:r>
        <w:t>Başvuru Sahibi</w:t>
      </w:r>
    </w:p>
    <w:p>
      <w:r>
        <w:t>Adı Soyadı : ____________________</w:t>
      </w:r>
    </w:p>
    <w:p>
      <w:r>
        <w:t>T.C. Kimlik No : ________________</w:t>
      </w:r>
    </w:p>
    <w:p>
      <w:r>
        <w:t>Pasaport No : ____________________</w:t>
      </w:r>
    </w:p>
    <w:p>
      <w:r>
        <w:t>İmza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