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ALMANYA FEDERAL CUMHURİYETİ</w:t>
      </w:r>
    </w:p>
    <w:p>
      <w:pPr>
        <w:jc w:val="center"/>
      </w:pPr>
      <w:r>
        <w:t>................................................. BAŞKONSOLOSLUĞU'NA</w:t>
      </w:r>
    </w:p>
    <w:p>
      <w:pPr>
        <w:jc w:val="center"/>
      </w:pPr>
      <w:r>
        <w:t>Vize Bölümü</w:t>
      </w:r>
    </w:p>
    <w:p/>
    <w:p>
      <w:pPr>
        <w:jc w:val="center"/>
      </w:pPr>
      <w:r>
        <w:t>Konu: Schengen Vizesi İçin Sponsorluk Yazısı</w:t>
      </w:r>
    </w:p>
    <w:p/>
    <w:p>
      <w:r>
        <w:t>Sayın Yetkili,</w:t>
      </w:r>
    </w:p>
    <w:p>
      <w:r>
        <w:t>Ben, aşağıda bilgileri yer alan ........................................,</w:t>
      </w:r>
    </w:p>
    <w:p>
      <w:r>
        <w:t>........................................ (ilişki: baba/anne/kardeş vb.) olduğum</w:t>
      </w:r>
    </w:p>
    <w:p>
      <w:r>
        <w:t>........................................ (başvuru sahibinin adı) için .../.../2025 – .../.../2025</w:t>
      </w:r>
    </w:p>
    <w:p>
      <w:r>
        <w:t>tarihleri arasında planlanan Almanya seyahatinin tüm masraf ve giderlerini</w:t>
      </w:r>
    </w:p>
    <w:p>
      <w:r>
        <w:t>karşılamayı taahhüt ediyorum.</w:t>
      </w:r>
    </w:p>
    <w:p/>
    <w:p>
      <w:r>
        <w:t>Sponsor Bilgileri:</w:t>
      </w:r>
    </w:p>
    <w:p>
      <w:r>
        <w:t>Adı Soyadı          : ____________________</w:t>
      </w:r>
    </w:p>
    <w:p>
      <w:r>
        <w:t>T.C. Kimlik No      : ____________________</w:t>
      </w:r>
    </w:p>
    <w:p>
      <w:r>
        <w:t>Pasaport No         : ____________________</w:t>
      </w:r>
    </w:p>
    <w:p>
      <w:r>
        <w:t>Adres               : ____________________</w:t>
      </w:r>
    </w:p>
    <w:p>
      <w:r>
        <w:t>Telefon &amp; E‑posta    : ____________________</w:t>
      </w:r>
    </w:p>
    <w:p/>
    <w:p>
      <w:r>
        <w:t>Başvuru Sahibi Bilgileri:</w:t>
      </w:r>
    </w:p>
    <w:p>
      <w:r>
        <w:t>Adı Soyadı          : ____________________</w:t>
      </w:r>
    </w:p>
    <w:p>
      <w:r>
        <w:t>Pasaport No         : ____________________</w:t>
      </w:r>
    </w:p>
    <w:p>
      <w:r>
        <w:t>Doğum Tarihi        : ____________________</w:t>
      </w:r>
    </w:p>
    <w:p/>
    <w:p>
      <w:r>
        <w:t>Seyahat Giderlerini Karşılama Şekli:</w:t>
      </w:r>
    </w:p>
    <w:p>
      <w:r>
        <w:t>- Uçak bileti, konaklama ve günlük harcamalar</w:t>
      </w:r>
    </w:p>
    <w:p>
      <w:r>
        <w:t>- Banka hesap özetim ve maaş bordrolarım ekte sunulmuştur.</w:t>
      </w:r>
    </w:p>
    <w:p/>
    <w:p>
      <w:r>
        <w:t>Gereğini bilgilerinize arz ederim.</w:t>
      </w:r>
    </w:p>
    <w:p/>
    <w:p>
      <w:r>
        <w:t>Ekler:</w:t>
      </w:r>
    </w:p>
    <w:p>
      <w:r>
        <w:t>1) Sponsor Banka Hesap Dökümü</w:t>
      </w:r>
    </w:p>
    <w:p>
      <w:r>
        <w:t>2) Sponsor Gelir Belgeleri (Maaş Bordrosu vb.)</w:t>
      </w:r>
    </w:p>
    <w:p>
      <w:r>
        <w:t>3) Nüfus Kayıt Örneği (Akrabalık)</w:t>
      </w:r>
    </w:p>
    <w:p>
      <w:r>
        <w:t>4) Diğer Destekleyici Belgeler</w:t>
      </w:r>
    </w:p>
    <w:p/>
    <w:p>
      <w:r>
        <w:t>..............., .... / .... / 20....</w:t>
      </w:r>
    </w:p>
    <w:p>
      <w:r>
        <w:t>Sponsor</w:t>
      </w:r>
    </w:p>
    <w:p>
      <w:r>
        <w:t>İmza</w:t>
      </w:r>
    </w:p>
    <w:p/>
    <w:p>
      <w:pPr>
        <w:jc w:val="center"/>
      </w:pPr>
      <w:r>
        <w:t>--- German Version ---</w:t>
      </w:r>
    </w:p>
    <w:p/>
    <w:p>
      <w:pPr>
        <w:jc w:val="center"/>
      </w:pPr>
      <w:r>
        <w:t>An das Generalkonsulat der Bundesrepublik Deutschland</w:t>
      </w:r>
    </w:p>
    <w:p>
      <w:pPr>
        <w:jc w:val="center"/>
      </w:pPr>
      <w:r>
        <w:t>Abteilung Visum</w:t>
      </w:r>
    </w:p>
    <w:p/>
    <w:p>
      <w:pPr>
        <w:jc w:val="center"/>
      </w:pPr>
      <w:r>
        <w:t>Betreff: Verpflichtungserklärung zur Übernahme der Reisekosten</w:t>
      </w:r>
    </w:p>
    <w:p/>
    <w:p>
      <w:r>
        <w:t>Sehr geehrte Damen und Herren,</w:t>
      </w:r>
    </w:p>
    <w:p>
      <w:r>
        <w:t>hiermit verpflichte ich mich, sämtliche Reise‑ und Aufenthaltkosten für</w:t>
      </w:r>
    </w:p>
    <w:p>
      <w:r>
        <w:t>meinen/meine ........................................ (Verwandtschaftsbeziehung)</w:t>
      </w:r>
    </w:p>
    <w:p>
      <w:r>
        <w:t>........................................ (Name des Antragstellers/der Antragstellerin)</w:t>
      </w:r>
    </w:p>
    <w:p>
      <w:r>
        <w:t>während des geplanten Aufenthalts vom .../.../2025 bis .../.../2025 in</w:t>
      </w:r>
    </w:p>
    <w:p>
      <w:r>
        <w:t>Deutschland zu übernehmen. Meine Einkommens‑ und Kontonachweise sind</w:t>
      </w:r>
    </w:p>
    <w:p>
      <w:r>
        <w:t>beigefügt.</w:t>
      </w:r>
    </w:p>
    <w:p/>
    <w:p>
      <w:r>
        <w:t>Mit freundlichen Grüßen</w:t>
      </w:r>
    </w:p>
    <w:p/>
    <w:p>
      <w:r>
        <w:t>..............., .... / .... / 20....</w:t>
      </w:r>
    </w:p>
    <w:p>
      <w:r>
        <w:t>Unterschrift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