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ALMANYA FEDERAL CUMHURİYETİ</w:t>
      </w:r>
    </w:p>
    <w:p>
      <w:pPr>
        <w:jc w:val="center"/>
      </w:pPr>
      <w:r>
        <w:t>................................................. BAŞKONSOLOSLUĞU'NA</w:t>
      </w:r>
    </w:p>
    <w:p>
      <w:pPr>
        <w:jc w:val="center"/>
      </w:pPr>
      <w:r>
        <w:t>Vize Bölümü</w:t>
      </w:r>
    </w:p>
    <w:p/>
    <w:p>
      <w:pPr>
        <w:jc w:val="center"/>
      </w:pPr>
      <w:r>
        <w:t>Konu: Schengen Vize Başvurusu Dilekçesi</w:t>
      </w:r>
    </w:p>
    <w:p/>
    <w:p>
      <w:r>
        <w:t>Sayın Yetkili,</w:t>
      </w:r>
    </w:p>
    <w:p>
      <w:r>
        <w:t>.../.../2025 – .../.../2025 tarihleri arasında Almanya’yı turistik/iş/ziyaret</w:t>
      </w:r>
    </w:p>
    <w:p>
      <w:r>
        <w:t>amaçlı seyahat etmeyi planlıyorum. Seyahat güzergâhım ve planım aşağıda</w:t>
      </w:r>
    </w:p>
    <w:p>
      <w:r>
        <w:t>özetlenmiştir:</w:t>
      </w:r>
    </w:p>
    <w:p>
      <w:r>
        <w:t>- Varış: ........................................ Havalimanı</w:t>
      </w:r>
    </w:p>
    <w:p>
      <w:r>
        <w:t>- Konaklama: ........................................ (Otel/Adres)</w:t>
      </w:r>
    </w:p>
    <w:p>
      <w:r>
        <w:t>- Dönüş: ........................................ (Uçuş No)</w:t>
      </w:r>
    </w:p>
    <w:p/>
    <w:p>
      <w:r>
        <w:t>Seyahat masraflarım (uçuş, konaklama, günlük harcamalar) tarafımdan/sponsorum</w:t>
      </w:r>
    </w:p>
    <w:p>
      <w:r>
        <w:t>tarafından karşılanacaktır. Banka hesap dökümleri ve rezervasyon belgeleri</w:t>
      </w:r>
    </w:p>
    <w:p>
      <w:r>
        <w:t>ekte sunulmuştur.</w:t>
      </w:r>
    </w:p>
    <w:p>
      <w:r>
        <w:t>Seyahatimin bitiminde Türkiye’ye geri döneceğimi taahhüt eder; Schengen kısa</w:t>
      </w:r>
    </w:p>
    <w:p>
      <w:r>
        <w:t>süreli vizesinin tarafıma verilmesini arz ederim.</w:t>
      </w:r>
    </w:p>
    <w:p/>
    <w:p>
      <w:r>
        <w:t>Bilgilerinize sunarım.</w:t>
      </w:r>
    </w:p>
    <w:p/>
    <w:p>
      <w:r>
        <w:t>Ekler:</w:t>
      </w:r>
    </w:p>
    <w:p>
      <w:r>
        <w:t>1) Pasaport Fotokopisi</w:t>
      </w:r>
    </w:p>
    <w:p>
      <w:r>
        <w:t>2) Uçuş ve Otel Rezervasyonları</w:t>
      </w:r>
    </w:p>
    <w:p>
      <w:r>
        <w:t>3) Banka Hesap Dökümleri / Sponsorluk Yazısı</w:t>
      </w:r>
    </w:p>
    <w:p>
      <w:r>
        <w:t>4) Seyahat Sağlık Sigortası Poliçesi</w:t>
      </w:r>
    </w:p>
    <w:p>
      <w:r>
        <w:t>5) Çalışma/Öğrenci Belgesi (varsa)</w:t>
      </w:r>
    </w:p>
    <w:p/>
    <w:p>
      <w:r>
        <w:t>..............., .... / .... / 20....</w:t>
      </w:r>
    </w:p>
    <w:p>
      <w:r>
        <w:t>Başvuru Sahibi</w:t>
      </w:r>
    </w:p>
    <w:p>
      <w:r>
        <w:t>Adı Soyadı : ____________________</w:t>
      </w:r>
    </w:p>
    <w:p>
      <w:r>
        <w:t>T.C. Kimlik No : ________________</w:t>
      </w:r>
    </w:p>
    <w:p>
      <w:r>
        <w:t>Pasaport No : ____________________</w:t>
      </w:r>
    </w:p>
    <w:p>
      <w:r>
        <w:t>İmza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