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t>T.C.</w:t>
      </w:r>
    </w:p>
    <w:p>
      <w:pPr>
        <w:jc w:val="center"/>
      </w:pPr>
      <w:r>
        <w:t>................................................. SOSYAL GÜVENLİK İL MÜDÜRLÜĞÜ'NE</w:t>
      </w:r>
    </w:p>
    <w:p/>
    <w:p>
      <w:pPr>
        <w:jc w:val="center"/>
      </w:pPr>
      <w:r>
        <w:t>Konu: Alt İşveren (Taşeron) Tescil/Bildirim Talebi</w:t>
      </w:r>
    </w:p>
    <w:p/>
    <w:p>
      <w:r>
        <w:t>Sayın Yetkili,</w:t>
      </w:r>
    </w:p>
    <w:p>
      <w:r>
        <w:t>5510 sayılı Sosyal Sigortalar ve Genel Sağlık Sigortası Kanunu'nun 11. maddesi</w:t>
      </w:r>
    </w:p>
    <w:p>
      <w:r>
        <w:t>ile Alt İşverenlik Yönetmeliği gereğince, aşağıda bilgileri yer alan alt işveren</w:t>
      </w:r>
    </w:p>
    <w:p>
      <w:r>
        <w:t>ile .../.../20.... tarihinde imzaladığımız hizmet sözleşmesi kapsamında çalışma</w:t>
      </w:r>
    </w:p>
    <w:p>
      <w:r>
        <w:t>başlatılmıştır. Söz konusu alt işverenin tescil işlemlerinin yapılmasını arz ederim.</w:t>
      </w:r>
    </w:p>
    <w:p/>
    <w:p>
      <w:r>
        <w:t>ASİL İŞVEREN BİLGİLERİ:</w:t>
      </w:r>
    </w:p>
    <w:p>
      <w:r>
        <w:t>Unvan           : ____________________</w:t>
      </w:r>
    </w:p>
    <w:p>
      <w:r>
        <w:t>SGK Sicil No     : ____________________</w:t>
      </w:r>
    </w:p>
    <w:p>
      <w:r>
        <w:t>Adres            : ____________________</w:t>
      </w:r>
    </w:p>
    <w:p>
      <w:r>
        <w:t>İrtibat          : ____________________</w:t>
      </w:r>
    </w:p>
    <w:p/>
    <w:p>
      <w:r>
        <w:t>ALT İŞVEREN (TAŞERON) BİLGİLERİ:</w:t>
      </w:r>
    </w:p>
    <w:p>
      <w:r>
        <w:t>Unvan           : ____________________</w:t>
      </w:r>
    </w:p>
    <w:p>
      <w:r>
        <w:t>Vergi No        : ____________________</w:t>
      </w:r>
    </w:p>
    <w:p>
      <w:r>
        <w:t>SGK Sicil No     : ____________________</w:t>
      </w:r>
    </w:p>
    <w:p>
      <w:r>
        <w:t>İş Söz. Tarihi   : .... / .... / 20....</w:t>
      </w:r>
    </w:p>
    <w:p>
      <w:r>
        <w:t>Adres            : ____________________</w:t>
      </w:r>
    </w:p>
    <w:p/>
    <w:p>
      <w:r>
        <w:t>İşe Başlama Tarihi : .... / .... / 20....</w:t>
      </w:r>
    </w:p>
    <w:p>
      <w:r>
        <w:t>İşin Bitiş Tarihi   : .... / .... / 20.... (varsa)</w:t>
      </w:r>
    </w:p>
    <w:p>
      <w:r>
        <w:t>Çalışan Sayısı     : ____________</w:t>
      </w:r>
    </w:p>
    <w:p/>
    <w:p>
      <w:r>
        <w:t>Ekler:</w:t>
      </w:r>
    </w:p>
    <w:p>
      <w:r>
        <w:t>1) Asıl ve Alt İşveren Sözleşmesi</w:t>
      </w:r>
    </w:p>
    <w:p>
      <w:r>
        <w:t>2) Alt İşveren Vergi Levhası Fotokopisi</w:t>
      </w:r>
    </w:p>
    <w:p>
      <w:r>
        <w:t>3) Alt İşveren Sicil Bildirge Formu</w:t>
      </w:r>
    </w:p>
    <w:p/>
    <w:p>
      <w:r>
        <w:t>Gereğini bilgilerinize arz ederim.</w:t>
      </w:r>
    </w:p>
    <w:p/>
    <w:p>
      <w:r>
        <w:t>..............., .... / .... / 20....</w:t>
      </w:r>
    </w:p>
    <w:p>
      <w:r>
        <w:t>Asıl İşveren Yetkilisi</w:t>
      </w:r>
    </w:p>
    <w:p>
      <w:r>
        <w:t>Adı Soyadı : ____________________</w:t>
      </w:r>
    </w:p>
    <w:p>
      <w:r>
        <w:t>İmza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