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t>UNITED STATES CONSULATE GENERAL</w:t>
      </w:r>
    </w:p>
    <w:p>
      <w:pPr>
        <w:jc w:val="center"/>
      </w:pPr>
      <w:r>
        <w:t>................................................. (City) – VISA SECTION</w:t>
      </w:r>
    </w:p>
    <w:p/>
    <w:p>
      <w:pPr>
        <w:jc w:val="center"/>
      </w:pPr>
      <w:r>
        <w:t>Subject: Tourist Visa Application (B1/B2)</w:t>
      </w:r>
    </w:p>
    <w:p/>
    <w:p>
      <w:r>
        <w:t>Dear Visa Officer,</w:t>
      </w:r>
    </w:p>
    <w:p>
      <w:r>
        <w:t>I am planning to visit the United States for tourism purposes between</w:t>
      </w:r>
    </w:p>
    <w:p>
      <w:r>
        <w:t>.../.../2025 and .../.../2025. My planned itinerary is as follows:</w:t>
      </w:r>
    </w:p>
    <w:p>
      <w:r>
        <w:t>- Arrival: ........................................ (Airport/City)</w:t>
      </w:r>
    </w:p>
    <w:p>
      <w:r>
        <w:t>- Destinations: ........................................</w:t>
      </w:r>
    </w:p>
    <w:p>
      <w:r>
        <w:t>- Departure: ........................................</w:t>
      </w:r>
    </w:p>
    <w:p>
      <w:r>
        <w:t>All travel expenses, including flights, accommodation and daily costs,</w:t>
      </w:r>
    </w:p>
    <w:p>
      <w:r>
        <w:t>will be covered by myself / my sponsor. Proof of my employment, bank</w:t>
      </w:r>
    </w:p>
    <w:p>
      <w:r>
        <w:t>statements, and confirmed reservations are enclosed.</w:t>
      </w:r>
    </w:p>
    <w:p>
      <w:r>
        <w:t>I hereby assure you that I will comply with all U.S. laws and return to</w:t>
      </w:r>
    </w:p>
    <w:p>
      <w:r>
        <w:t>Turkey upon completion of my trip to resume my employment/studies.</w:t>
      </w:r>
    </w:p>
    <w:p>
      <w:r>
        <w:t>Thank you for considering my application.</w:t>
      </w:r>
    </w:p>
    <w:p/>
    <w:p>
      <w:r>
        <w:t>Sincerely,</w:t>
      </w:r>
    </w:p>
    <w:p/>
    <w:p>
      <w:r>
        <w:t>..............., .... / .... / 20....</w:t>
      </w:r>
    </w:p>
    <w:p>
      <w:r>
        <w:t>Applicant</w:t>
      </w:r>
    </w:p>
    <w:p>
      <w:r>
        <w:t>Name           : ____________________</w:t>
      </w:r>
    </w:p>
    <w:p>
      <w:r>
        <w:t>Passport No    : ____________________</w:t>
      </w:r>
    </w:p>
    <w:p>
      <w:r>
        <w:t>Phone / E‑mail : ____________________</w:t>
      </w:r>
    </w:p>
    <w:p>
      <w:r>
        <w:t>Signature</w:t>
      </w:r>
    </w:p>
    <w:p/>
    <w:p>
      <w:r>
        <w:t>Attachments:</w:t>
      </w:r>
    </w:p>
    <w:p>
      <w:r>
        <w:t>1) Employment Certificate</w:t>
      </w:r>
    </w:p>
    <w:p>
      <w:r>
        <w:t>2) Bank Statements</w:t>
      </w:r>
    </w:p>
    <w:p>
      <w:r>
        <w:t>3) Flight &amp; Accommodation Bookings</w:t>
      </w:r>
    </w:p>
    <w:p>
      <w:r>
        <w:t>4) Travel Health Insurance</w:t>
      </w:r>
    </w:p>
    <w:p/>
    <w:p>
      <w:pPr>
        <w:jc w:val="center"/>
      </w:pPr>
      <w:r>
        <w:t>--- Türkçe Çeviri ---</w:t>
      </w:r>
    </w:p>
    <w:p/>
    <w:p>
      <w:pPr>
        <w:jc w:val="center"/>
      </w:pPr>
      <w:r>
        <w:t>AMERİKA BİRLEŞİK DEVLETLERİ BAŞKONSOLOSLUĞU</w:t>
      </w:r>
    </w:p>
    <w:p>
      <w:pPr>
        <w:jc w:val="center"/>
      </w:pPr>
      <w:r>
        <w:t>................................................. (Şehir) – VİZE BÖLÜMÜ</w:t>
      </w:r>
    </w:p>
    <w:p/>
    <w:p>
      <w:pPr>
        <w:jc w:val="center"/>
      </w:pPr>
      <w:r>
        <w:t>Konu: Turistik Vize Başvurusu (B1/B2)</w:t>
      </w:r>
    </w:p>
    <w:p/>
    <w:p>
      <w:r>
        <w:t>Sayın Vize Görevlisi,</w:t>
      </w:r>
    </w:p>
    <w:p>
      <w:r>
        <w:t>.../.../2025 – .../.../2025 tarihleri arasında turistik amaçla Amerika</w:t>
      </w:r>
    </w:p>
    <w:p>
      <w:r>
        <w:t>Birleşik Devletleri'ni ziyaret etmeyi planlıyorum. Seyahat planım:</w:t>
      </w:r>
    </w:p>
    <w:p>
      <w:r>
        <w:t>- Varış: ........................................ (Havalimanı/Şehir)</w:t>
      </w:r>
    </w:p>
    <w:p>
      <w:r>
        <w:t>- Güzergâh: ........................................</w:t>
      </w:r>
    </w:p>
    <w:p>
      <w:r>
        <w:t>- Dönüş: ........................................</w:t>
      </w:r>
    </w:p>
    <w:p>
      <w:r>
        <w:t>Uçuş, konaklama ve günlük harcamalar gibi tüm seyahat masrafları</w:t>
      </w:r>
    </w:p>
    <w:p>
      <w:r>
        <w:t>tarafımdan / sponsorum tarafından karşılanacaktır. İş yerimden alınan</w:t>
      </w:r>
    </w:p>
    <w:p>
      <w:r>
        <w:t>çalışma belgesi, banka hesap dökümleri ve rezervasyonlar ekte sunulmuştur.</w:t>
      </w:r>
    </w:p>
    <w:p>
      <w:r>
        <w:t>Seyahatimi tamamladıktan sonra işime/öğrenimime devam etmek üzere</w:t>
      </w:r>
    </w:p>
    <w:p>
      <w:r>
        <w:t>Türkiye'ye döneceğimi taahhüt ederim.</w:t>
      </w:r>
    </w:p>
    <w:p>
      <w:r>
        <w:t>Başvurumu değerlendirdiğiniz için teşekkür ederim.</w:t>
      </w:r>
    </w:p>
    <w:p/>
    <w:p>
      <w:r>
        <w:t>Saygılarımla,</w:t>
      </w:r>
    </w:p>
    <w:p/>
    <w:p>
      <w:r>
        <w:t>..............., .... / .... / 20....</w:t>
      </w:r>
    </w:p>
    <w:p>
      <w:r>
        <w:t>Başvuru Sahibi</w:t>
      </w:r>
    </w:p>
    <w:p>
      <w:r>
        <w:t>Ad Soyad       : ____________________</w:t>
      </w:r>
    </w:p>
    <w:p>
      <w:r>
        <w:t>Pasaport No    : ____________________</w:t>
      </w:r>
    </w:p>
    <w:p>
      <w:r>
        <w:t>Telefon / E‑posta: ____________________</w:t>
      </w:r>
    </w:p>
    <w:p>
      <w:r>
        <w:t>İmza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