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İSTANBUL/ANKARA</w:t>
      </w:r>
    </w:p>
    <w:p>
      <w:pPr>
        <w:jc w:val="center"/>
      </w:pPr>
      <w:r>
        <w:t>................................................. AVUSTURYA BAŞKONSOLOSLUĞU</w:t>
      </w:r>
    </w:p>
    <w:p>
      <w:pPr>
        <w:jc w:val="center"/>
      </w:pPr>
      <w:r>
        <w:t>................................................. VİZE BÖLÜMÜ'NE</w:t>
      </w:r>
    </w:p>
    <w:p/>
    <w:p>
      <w:pPr>
        <w:jc w:val="center"/>
      </w:pPr>
      <w:r>
        <w:t>Konu: Schengen (C Tipi) Turistik Vize Başvurusu Hakkında Şahsi Dilekçe</w:t>
      </w:r>
    </w:p>
    <w:p/>
    <w:p>
      <w:r>
        <w:t>T.C. Pasaport No : .............</w:t>
      </w:r>
    </w:p>
    <w:p>
      <w:r>
        <w:t>T.C. Kimlik No   : .............</w:t>
      </w:r>
    </w:p>
    <w:p>
      <w:r>
        <w:t>Adı Soyadı       : .............</w:t>
      </w:r>
    </w:p>
    <w:p>
      <w:r>
        <w:t>Doğum Tarihi     : .............</w:t>
      </w:r>
    </w:p>
    <w:p>
      <w:r>
        <w:t>Meslek / İşveren : .............</w:t>
      </w:r>
    </w:p>
    <w:p>
      <w:r>
        <w:t>Adres            : .............</w:t>
      </w:r>
    </w:p>
    <w:p>
      <w:r>
        <w:t>Telefon / E‑posta: .............</w:t>
      </w:r>
    </w:p>
    <w:p/>
    <w:p>
      <w:r>
        <w:t>Sayın Yetkili,</w:t>
      </w:r>
    </w:p>
    <w:p>
      <w:r>
        <w:t>.../.../... – .../.../... tarihleri arasında Viyana ve Salzburg’u kapsayan 7 günlük turistik seyahat planlamış bulunmaktayım.</w:t>
      </w:r>
    </w:p>
    <w:p>
      <w:r>
        <w:t>Başlıca gezi amacım Avusturya’nın kültürel ve tarihi noktalarını ziyaret etmek olup ayrıntılı uçuş ve konaklama rezervasyonlarım ekte sunulmuştur.</w:t>
      </w:r>
    </w:p>
    <w:p>
      <w:r>
        <w:t>Seyahat masraflarım tarafımdan karşılanacak olup aylık gelirimi gösteren maaş bordroları ve banka hesap dökümleri dilekçe ekinde yer almaktadır.</w:t>
      </w:r>
    </w:p>
    <w:p>
      <w:r>
        <w:t>Türkiye’de devam eden işime ve aileme bağlılığım gereği, belirtilen tarihler sonunda ülkemize döneceğimi taahhüt ederim.</w:t>
      </w:r>
    </w:p>
    <w:p>
      <w:r>
        <w:t>Vize başvurumun değerlendirilerek gerekli Schengen (C Tipi) vizesinin tarafıma verilmesini saygılarımla arz ederim.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Başvuru Sahibi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Uçuş ve Otel Rezervasyonları</w:t>
      </w:r>
    </w:p>
    <w:p>
      <w:r>
        <w:t>2) Seyahat Sağlık Sigortası Poliçesi</w:t>
      </w:r>
    </w:p>
    <w:p>
      <w:r>
        <w:t>3) Banka Hesap Dökümü</w:t>
      </w:r>
    </w:p>
    <w:p>
      <w:r>
        <w:t>4) Maaş Bordroları / İş Evrakları</w:t>
      </w:r>
    </w:p>
    <w:p>
      <w:r>
        <w:t>5) Pasaport ve Kimlik Fotokopileri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