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ÜNİVERSİTESİ</w:t>
      </w:r>
    </w:p>
    <w:p>
      <w:pPr>
        <w:jc w:val="center"/>
      </w:pPr>
      <w:r>
        <w:t>................................................. (Fakülte/Yüksekokul) DEKANLIĞINA / MÜDÜRLÜĞÜNE</w:t>
      </w:r>
    </w:p>
    <w:p/>
    <w:p>
      <w:pPr>
        <w:jc w:val="center"/>
      </w:pPr>
      <w:r>
        <w:t>Konu: Bütünleme (Büt) Sınavına Girme Talebi</w:t>
      </w:r>
    </w:p>
    <w:p/>
    <w:p>
      <w:r>
        <w:t>T.C. Kimlik No ................. olan, ...... doğum tarihli .........................;</w:t>
      </w:r>
    </w:p>
    <w:p>
      <w:r>
        <w:t>........................................ Fakültesi ........................................ Bölümü</w:t>
      </w:r>
    </w:p>
    <w:p>
      <w:r>
        <w:t>.............. sınıf, Öğrenci No: .................. öğrencisiyim.</w:t>
      </w:r>
    </w:p>
    <w:p>
      <w:r>
        <w:t>.../.../20.... tarihinde yapılmış olan ........................................ dersi</w:t>
      </w:r>
    </w:p>
    <w:p>
      <w:r>
        <w:t>(Vize / Final) sınavına ........................................ nedeniyle katılamadım.</w:t>
      </w:r>
    </w:p>
    <w:p>
      <w:r>
        <w:t>Ekte sunduğum mazeret belgelerim doğrultusunda, söz konusu dersin</w:t>
      </w:r>
    </w:p>
    <w:p>
      <w:r>
        <w:t>bütünleme sınavına girmeme izin verilmesini arz ederim.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Öğrenci</w:t>
      </w:r>
    </w:p>
    <w:p>
      <w:r>
        <w:t>Adı Soyadı : ____________________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>
      <w:r>
        <w:t>E‑posta : ________________________</w:t>
      </w:r>
    </w:p>
    <w:p/>
    <w:p>
      <w:r>
        <w:t>Ekler:</w:t>
      </w:r>
    </w:p>
    <w:p>
      <w:r>
        <w:t>1) Sağlık Raporu / Resmî Mazeret Belgesi</w:t>
      </w:r>
    </w:p>
    <w:p>
      <w:r>
        <w:t>2) Ders Programı ve Sınav Takvimi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