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ŞİRKET ANTETİ</w:t>
      </w:r>
    </w:p>
    <w:p/>
    <w:p>
      <w:pPr>
        <w:jc w:val="center"/>
      </w:pPr>
      <w:r>
        <w:t>CEZAYİR ANKARA BÜYÜKELÇİLİĞİ</w:t>
      </w:r>
    </w:p>
    <w:p>
      <w:pPr>
        <w:jc w:val="center"/>
      </w:pPr>
      <w:r>
        <w:t>Konsolosluk Şubesi’ne</w:t>
      </w:r>
    </w:p>
    <w:p/>
    <w:p>
      <w:pPr>
        <w:jc w:val="center"/>
      </w:pPr>
      <w:r>
        <w:t>Konu: Ticari Vize Talebi</w:t>
      </w:r>
    </w:p>
    <w:p/>
    <w:p>
      <w:r>
        <w:t>Sayın Yetkili,</w:t>
      </w:r>
    </w:p>
    <w:p/>
    <w:p>
      <w:r>
        <w:t>Şirketimiz ................................................... bünyesinde</w:t>
      </w:r>
    </w:p>
    <w:p>
      <w:r>
        <w:t>............................... (Görev Ünvanı) olarak çalışan, T.C. Kimlik No</w:t>
      </w:r>
    </w:p>
    <w:p>
      <w:r>
        <w:t>............................... olan ........................................’nın,</w:t>
      </w:r>
    </w:p>
    <w:p>
      <w:r>
        <w:t>...../...../2025 - ..../...../2025 tarihleri arasında Cezayir’de faaliyet</w:t>
      </w:r>
    </w:p>
    <w:p>
      <w:r>
        <w:t>gösteren iş ortağımız ................................................... şirketiyle</w:t>
      </w:r>
    </w:p>
    <w:p>
      <w:r>
        <w:t>yapılacak ticari toplantılara katılması amacıyla Cezayir’e seyahat etmesi</w:t>
      </w:r>
    </w:p>
    <w:p>
      <w:r>
        <w:t>planlanmaktadır.</w:t>
      </w:r>
    </w:p>
    <w:p/>
    <w:p>
      <w:r>
        <w:t>Çalışanımızın seyahat süresince tüm masrafları şirketimiz tarafından</w:t>
      </w:r>
    </w:p>
    <w:p>
      <w:r>
        <w:t>karşılanacak olup, görevini tamamladıktan sonra Türkiye’ye geri döneceğini</w:t>
      </w:r>
    </w:p>
    <w:p>
      <w:r>
        <w:t>taahhüt ederiz.</w:t>
      </w:r>
    </w:p>
    <w:p/>
    <w:p>
      <w:r>
        <w:t>Gereğini bilgilerinize arz eder, ticari vize başvurumuzun olumlu</w:t>
      </w:r>
    </w:p>
    <w:p>
      <w:r>
        <w:t>değerlendirilmesini rica ederiz.</w:t>
      </w:r>
    </w:p>
    <w:p/>
    <w:p>
      <w:r>
        <w:t>Saygılarımızla,</w:t>
      </w:r>
    </w:p>
    <w:p/>
    <w:p>
      <w:r>
        <w:t>..............., .... / .... / 20....</w:t>
      </w:r>
    </w:p>
    <w:p/>
    <w:p>
      <w:r>
        <w:t>Şirket Yetkilisi</w:t>
      </w:r>
    </w:p>
    <w:p>
      <w:r>
        <w:t>Adı Soyadı : ____________________</w:t>
      </w:r>
    </w:p>
    <w:p>
      <w:r>
        <w:t>Görev Ünvanı: ____________________</w:t>
      </w:r>
    </w:p>
    <w:p>
      <w:r>
        <w:t>İmza        : ____________________</w:t>
      </w:r>
    </w:p>
    <w:p/>
    <w:p>
      <w:r>
        <w:t>Ekler:</w:t>
      </w:r>
    </w:p>
    <w:p>
      <w:r>
        <w:t>1) Davet Mektubu (Cezayir firması)</w:t>
      </w:r>
    </w:p>
    <w:p>
      <w:r>
        <w:t>2) SGK Hizmet Dökümü</w:t>
      </w:r>
    </w:p>
    <w:p>
      <w:r>
        <w:t>3) Şirket Faaliyet Belgesi / Sicil Gazetesi</w:t>
      </w:r>
    </w:p>
    <w:p>
      <w:r>
        <w:t>4) Uçuş ve Otel Rezervasyonları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