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(ÜLKE) BÜYÜKELÇİLİĞİ / KONSOLOSLUĞU</w:t>
      </w:r>
    </w:p>
    <w:p>
      <w:pPr>
        <w:jc w:val="center"/>
      </w:pPr>
      <w:r>
        <w:t>................................................. VİZE BÖLÜMÜNE</w:t>
      </w:r>
    </w:p>
    <w:p/>
    <w:p>
      <w:pPr>
        <w:jc w:val="center"/>
      </w:pPr>
      <w:r>
        <w:t>Konu: Turistik Vize Talebi</w:t>
      </w:r>
    </w:p>
    <w:p/>
    <w:p>
      <w:r>
        <w:t>T.C. Pasaport No ......................... olan, ...... doğum tarihli ...... ...... olarak</w:t>
      </w:r>
    </w:p>
    <w:p>
      <w:r>
        <w:t>...... – ...... 2025 tarihleri arasında ................................ ülkesine turistik amaçlı seyahat</w:t>
      </w:r>
    </w:p>
    <w:p>
      <w:r>
        <w:t>planlıyorum. Hâlihazırda çalışmıyor olup, seyahat süresince tüm masraflarım</w:t>
      </w:r>
    </w:p>
    <w:p>
      <w:r>
        <w:t>........................ (baba/anne/eş vb.) tarafından karşılanacaktır.</w:t>
      </w:r>
    </w:p>
    <w:p>
      <w:r>
        <w:t>Türkiye'deki aile bağlarım ve mülkiyet durumum nedeniyle seyahat sonunda</w:t>
      </w:r>
    </w:p>
    <w:p>
      <w:r>
        <w:t>ülkeme geri döneceğimi taahhüt ederim.</w:t>
      </w:r>
    </w:p>
    <w:p/>
    <w:p>
      <w:r>
        <w:t>Gereğini bilgilerinize arz ederim.</w:t>
      </w:r>
    </w:p>
    <w:p/>
    <w:p>
      <w:r>
        <w:t>..............., .... / .... / 20....</w:t>
      </w:r>
    </w:p>
    <w:p/>
    <w:p>
      <w:r>
        <w:t>Başvuru Sahibi</w:t>
      </w:r>
    </w:p>
    <w:p>
      <w:r>
        <w:t>Adı Soyadı : ____________________</w:t>
      </w:r>
    </w:p>
    <w:p>
      <w:r>
        <w:t>T.C. Kimlik No : ________________</w:t>
      </w:r>
    </w:p>
    <w:p>
      <w:r>
        <w:t>İmza</w:t>
      </w:r>
    </w:p>
    <w:p/>
    <w:p>
      <w:r>
        <w:t>Adres   : _________________________</w:t>
      </w:r>
    </w:p>
    <w:p>
      <w:r>
        <w:t>Telefon : ________________________</w:t>
      </w:r>
    </w:p>
    <w:p>
      <w:r>
        <w:t>E‑posta : ________________________</w:t>
      </w:r>
    </w:p>
    <w:p/>
    <w:p>
      <w:r>
        <w:t>Ekler:</w:t>
      </w:r>
    </w:p>
    <w:p>
      <w:r>
        <w:t>1) Pasaport Fotokopisi</w:t>
      </w:r>
    </w:p>
    <w:p>
      <w:r>
        <w:t>2) Finansal Sponsor Taahhüt Yazısı</w:t>
      </w:r>
    </w:p>
    <w:p>
      <w:r>
        <w:t>3) Banka Hesap Dökümü / Sponsor Gelir Belgeleri</w:t>
      </w:r>
    </w:p>
    <w:p>
      <w:r>
        <w:t>4) Uçuş ve Otel Rezervasyonları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