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ŞİRKET ANTETİ</w:t>
      </w:r>
    </w:p>
    <w:p>
      <w:pPr>
        <w:jc w:val="center"/>
      </w:pPr>
      <w:r>
        <w:t>................................................. İNSAN KAYNAKLARI DEPARTMANINA</w:t>
      </w:r>
    </w:p>
    <w:p/>
    <w:p>
      <w:pPr>
        <w:jc w:val="center"/>
      </w:pPr>
      <w:r>
        <w:t>Konu: Çocuk Yardımı Talebi</w:t>
      </w:r>
    </w:p>
    <w:p/>
    <w:p>
      <w:r>
        <w:t>4857 sayılı İş Kanunu ve yürürlükteki toplu iş sözleşmesi hükümleri gereğince</w:t>
      </w:r>
    </w:p>
    <w:p>
      <w:r>
        <w:t>çalışanlara ödenen çocuk yardımı kapsamından yararlanmak istiyorum.</w:t>
      </w:r>
    </w:p>
    <w:p>
      <w:r>
        <w:t>.../.../20.... doğum tarihli, T.C. Kimlik No ..................... olan</w:t>
      </w:r>
    </w:p>
    <w:p>
      <w:r>
        <w:t>çocuğum ........................................’nın nüfus kayıt örneği dilekçe</w:t>
      </w:r>
    </w:p>
    <w:p>
      <w:r>
        <w:t>ekinde sunulmuştur. Çocuk yardımı ödemesinin tarafıma yapılmasını arz ederim.</w:t>
      </w:r>
    </w:p>
    <w:p/>
    <w:p>
      <w:r>
        <w:t>Gereğini bilgilerinize arz ederim.</w:t>
      </w:r>
    </w:p>
    <w:p/>
    <w:p>
      <w:r>
        <w:t>..............., .... / .... / 20....</w:t>
      </w:r>
    </w:p>
    <w:p/>
    <w:p>
      <w:r>
        <w:t>Çalışanın</w:t>
      </w:r>
    </w:p>
    <w:p>
      <w:r>
        <w:t>Adı Soyadı : ____________________</w:t>
      </w:r>
    </w:p>
    <w:p>
      <w:r>
        <w:t>T.C. Kimlik No : ________________</w:t>
      </w:r>
    </w:p>
    <w:p>
      <w:r>
        <w:t>Birim / Pozisyon : ______________</w:t>
      </w:r>
    </w:p>
    <w:p>
      <w:r>
        <w:t>İmza</w:t>
      </w:r>
    </w:p>
    <w:p/>
    <w:p>
      <w:r>
        <w:t>Adres   : _________________________</w:t>
      </w:r>
    </w:p>
    <w:p>
      <w:r>
        <w:t>Telefon : ________________________</w:t>
      </w:r>
    </w:p>
    <w:p/>
    <w:p>
      <w:r>
        <w:t>Ekler:</w:t>
      </w:r>
    </w:p>
    <w:p>
      <w:r>
        <w:t>1) Çocuğa ait Nüfus Kayıt Örneği</w:t>
      </w:r>
    </w:p>
    <w:p>
      <w:r>
        <w:t>2) Doğum Belgesi Fotokopisi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