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 NÖBETÇİ ......... MAHKEMESİ SAYIN HÂKİMLİĞİ’NE</w:t>
      </w:r>
    </w:p>
    <w:p/>
    <w:p>
      <w:pPr>
        <w:jc w:val="center"/>
      </w:pPr>
      <w:r>
        <w:t>Konu: Davanın konusuz kalması nedeniyle 'karar verilmesine yer olmadığına' karar verilmesi talebi</w:t>
      </w:r>
    </w:p>
    <w:p/>
    <w:p>
      <w:r>
        <w:t>Davacı            : ........................................................</w:t>
      </w:r>
    </w:p>
    <w:p>
      <w:r>
        <w:t>T.C. Kimlik No    : ........................................................</w:t>
      </w:r>
    </w:p>
    <w:p>
      <w:r>
        <w:t>Adres             : ........................................................</w:t>
      </w:r>
    </w:p>
    <w:p>
      <w:r>
        <w:t>Vekili (varsa)    : Av. ....................................................</w:t>
      </w:r>
    </w:p>
    <w:p>
      <w:r>
        <w:t>Vekil Adresi      : ........................................................</w:t>
      </w:r>
    </w:p>
    <w:p>
      <w:r>
        <w:t>Davalı            : ........................................................</w:t>
      </w:r>
    </w:p>
    <w:p>
      <w:r>
        <w:t>Davalı Adresi     : ........................................................</w:t>
      </w:r>
    </w:p>
    <w:p/>
    <w:p>
      <w:r>
        <w:t>Mahkeme           : .........................................................</w:t>
      </w:r>
    </w:p>
    <w:p>
      <w:r>
        <w:t>Esas No           : ......./........ E.</w:t>
      </w:r>
    </w:p>
    <w:p>
      <w:r>
        <w:t>Dava Konusu       : ........................................................</w:t>
      </w:r>
    </w:p>
    <w:p/>
    <w:p>
      <w:r>
        <w:t>Açıklamalar</w:t>
      </w:r>
    </w:p>
    <w:p>
      <w:r>
        <w:t>1) .... / .... / 20.... tarihinde açtığım işbu davada, dava konusu talep/işlem,</w:t>
      </w:r>
    </w:p>
    <w:p>
      <w:r>
        <w:t xml:space="preserve">   .... / .... / 20.... tarihinde ........................................... tarafından</w:t>
      </w:r>
    </w:p>
    <w:p>
      <w:r>
        <w:t xml:space="preserve">   yerine getirilmiş/ortadan kaldırılmıştır.</w:t>
      </w:r>
    </w:p>
    <w:p>
      <w:r>
        <w:t>2) Bu nedenle uyuşmazlık konusuz kalmıştır; davanın esası hakkında karar verilmesine</w:t>
      </w:r>
    </w:p>
    <w:p>
      <w:r>
        <w:t xml:space="preserve">   yer olmadığına karar verilmesi gerekmektedir.</w:t>
      </w:r>
    </w:p>
    <w:p>
      <w:r>
        <w:t>3) 6100 sayılı HMK m.331 uyarınca; davanın konusuz kalmasına sebebiyet veren tarafın</w:t>
      </w:r>
    </w:p>
    <w:p>
      <w:r>
        <w:t xml:space="preserve">   yargılama giderleri ile vekâlet ücretinden sorumlu tutulmasına karar verilmelidir.</w:t>
      </w:r>
    </w:p>
    <w:p>
      <w:r>
        <w:t>4) Yatırılan peşin harçtan fazla olan kısmın iadesine karar verilmesini talep ederim.</w:t>
      </w:r>
    </w:p>
    <w:p/>
    <w:p>
      <w:r>
        <w:t>Hukuki Sebepler  : 6100 sayılı HMK, ilgili mevzuat ve içtihatlar.</w:t>
      </w:r>
    </w:p>
    <w:p>
      <w:r>
        <w:t>Deliller         : Yazışmalar, ödeme/ifa dekontları, işlem iptal yazısı, tebliğ belgeleri, tanık, bilirkişi vb.</w:t>
      </w:r>
    </w:p>
    <w:p/>
    <w:p>
      <w:r>
        <w:t>Sonuç ve İstem</w:t>
      </w:r>
    </w:p>
    <w:p>
      <w:r>
        <w:t>Açıklanan nedenlerle; davanın konusuz kalması nedeniyle **KARAR VERİLMESİNE YER OLMADIĞINA**,</w:t>
      </w:r>
    </w:p>
    <w:p>
      <w:r>
        <w:t>yargılama giderleri ile vekâlet ücretinin karşı tarafa yükletilmesine,</w:t>
      </w:r>
    </w:p>
    <w:p>
      <w:r>
        <w:t>fazla yatırılan harcın iadesine karar verilmesini saygıyla arz ve talep ederim.</w:t>
      </w:r>
    </w:p>
    <w:p/>
    <w:p>
      <w:r>
        <w:t>..............., .... / .... / 20....</w:t>
      </w:r>
    </w:p>
    <w:p/>
    <w:p>
      <w:r>
        <w:t>Davacı</w:t>
      </w:r>
    </w:p>
    <w:p>
      <w:r>
        <w:t>Adı Soyadı : ____________________</w:t>
      </w:r>
    </w:p>
    <w:p>
      <w:r>
        <w:t>İmza</w:t>
      </w:r>
    </w:p>
    <w:p/>
    <w:p>
      <w:r>
        <w:t>EKLER:</w:t>
      </w:r>
    </w:p>
    <w:p>
      <w:r>
        <w:t>1) İfa/iptal belgesi</w:t>
      </w:r>
    </w:p>
    <w:p>
      <w:r>
        <w:t>2) Yazışmalar ve tebliğ evrakı</w:t>
      </w:r>
    </w:p>
    <w:p>
      <w:r>
        <w:t>3) Delil listesi ve ekleri</w:t>
      </w:r>
    </w:p>
    <w:p>
      <w:r>
        <w:t>4) Vekâletname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