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CUMHURİYET BAŞSAVCILIĞI</w:t>
      </w:r>
    </w:p>
    <w:p>
      <w:pPr>
        <w:jc w:val="center"/>
      </w:pPr>
      <w:r>
        <w:t>................................................. DENETİMLİ SERBESTLİK MÜDÜRLÜĞÜNE</w:t>
      </w:r>
    </w:p>
    <w:p/>
    <w:p>
      <w:pPr>
        <w:jc w:val="center"/>
      </w:pPr>
      <w:r>
        <w:t>Konu: Denetimli serbestlik yükümlülüğü kapsamında adres değişikliği bildirimi ve nakil talebi</w:t>
      </w:r>
    </w:p>
    <w:p/>
    <w:p>
      <w:r>
        <w:t>Hükümlü Adı Soyadı  : ........................................................</w:t>
      </w:r>
    </w:p>
    <w:p>
      <w:r>
        <w:t>T.C. Kimlik No      : ........................................................</w:t>
      </w:r>
    </w:p>
    <w:p>
      <w:r>
        <w:t>DS Dosya No         : ........................................................</w:t>
      </w:r>
    </w:p>
    <w:p>
      <w:r>
        <w:t>Mahkeme/Karar No    : ........................................................</w:t>
      </w:r>
    </w:p>
    <w:p/>
    <w:p>
      <w:r>
        <w:t>Müdürlüğünüz nezdinde yürütülen denetimli serbestlik yükümlülüğüm kapsamında</w:t>
      </w:r>
    </w:p>
    <w:p>
      <w:r>
        <w:t>kayıtlı adresim: ...............................................................................</w:t>
      </w:r>
    </w:p>
    <w:p>
      <w:r>
        <w:t>.................................................................................................</w:t>
      </w:r>
    </w:p>
    <w:p>
      <w:r>
        <w:t>...... / ...... / 20.... tarihinden itibaren ........................................ nedeniyle</w:t>
      </w:r>
    </w:p>
    <w:p>
      <w:r>
        <w:t>yeni ikamet adresim: ...........................................................................</w:t>
      </w:r>
    </w:p>
    <w:p>
      <w:r>
        <w:t>.................................................................................................</w:t>
      </w:r>
    </w:p>
    <w:p>
      <w:r>
        <w:t>Adres değişikliği nedeniyle yükümlülüklerimin (imza, görüşme, program vb.)</w:t>
      </w:r>
    </w:p>
    <w:p>
      <w:r>
        <w:t>aksamaması için UYAP kayıtlarımın yeni adresime göre güncellenmesini;</w:t>
      </w:r>
    </w:p>
    <w:p>
      <w:r>
        <w:t>aynı il/ilçe içinde ise planlamanın bu adrese göre yapılmasını; başka bir</w:t>
      </w:r>
    </w:p>
    <w:p>
      <w:r>
        <w:t>il/ilçeye taşınmış olmam halinde ise dosyamın ilgili Denetimli Serbestlik</w:t>
      </w:r>
    </w:p>
    <w:p>
      <w:r>
        <w:t>Müdürlüğü’ne nakledilmesini talep ederim.</w:t>
      </w:r>
    </w:p>
    <w:p/>
    <w:p>
      <w:r>
        <w:t>İletişim Bilgileri</w:t>
      </w:r>
    </w:p>
    <w:p>
      <w:r>
        <w:t>Telefon : ........................................................</w:t>
      </w:r>
    </w:p>
    <w:p>
      <w:r>
        <w:t>E-posta : ........................................................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İmza</w:t>
      </w:r>
    </w:p>
    <w:p/>
    <w:p>
      <w:r>
        <w:t>Adı Soyadı : ____________________</w:t>
      </w:r>
    </w:p>
    <w:p/>
    <w:p>
      <w:r>
        <w:t>EKLER:</w:t>
      </w:r>
    </w:p>
    <w:p>
      <w:r>
        <w:t>1) Yeni adrese ilişkin ikametgah belgesi (e-Devlet)</w:t>
      </w:r>
    </w:p>
    <w:p>
      <w:r>
        <w:t>2) Kira sözleşmesi/yerleşim belgesi (varsa)</w:t>
      </w:r>
    </w:p>
    <w:p>
      <w:r>
        <w:t>3) İş değişikliğini gösterir belge (varsa)</w:t>
      </w:r>
    </w:p>
    <w:p>
      <w:r>
        <w:t>4) Kimlik fotokopisi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