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 NÖBETÇİ ......... MAHKEMESİ SAYIN HÂKİMLİĞİ’NE</w:t>
      </w:r>
    </w:p>
    <w:p/>
    <w:p>
      <w:pPr>
        <w:jc w:val="center"/>
      </w:pPr>
      <w:r>
        <w:t>Konu: Karar/Dosya Üzerine Derkenar Düzenlenmesi ve İlgili Kuruma Bildirilmesi Talebi</w:t>
      </w:r>
    </w:p>
    <w:p/>
    <w:p>
      <w:r>
        <w:t>Davacı/Dilekçe Sahibi : ........................................................</w:t>
      </w:r>
    </w:p>
    <w:p>
      <w:r>
        <w:t>T.C. Kimlik No         : ........................................................</w:t>
      </w:r>
    </w:p>
    <w:p>
      <w:r>
        <w:t>Adres                  : ........................................................</w:t>
      </w:r>
    </w:p>
    <w:p>
      <w:r>
        <w:t>Vekili (varsa)         : Av. ....................................................</w:t>
      </w:r>
    </w:p>
    <w:p>
      <w:r>
        <w:t>Vekil Adresi           : ........................................................</w:t>
      </w:r>
    </w:p>
    <w:p>
      <w:r>
        <w:t>Karşı Taraf (varsa)    : ........................................................</w:t>
      </w:r>
    </w:p>
    <w:p/>
    <w:p>
      <w:r>
        <w:t>Mahkeme/Dosya Bilgisi</w:t>
      </w:r>
    </w:p>
    <w:p>
      <w:r>
        <w:t>Mahkeme                : .........................................................</w:t>
      </w:r>
    </w:p>
    <w:p>
      <w:r>
        <w:t>Esas No                : ......./........ E.</w:t>
      </w:r>
    </w:p>
    <w:p>
      <w:r>
        <w:t>Karar No/Tarihi        : ......./........ K.   .../.../20....</w:t>
      </w:r>
    </w:p>
    <w:p/>
    <w:p>
      <w:r>
        <w:t>AÇIKLAMALAR</w:t>
      </w:r>
    </w:p>
    <w:p>
      <w:r>
        <w:t>1) Yukarıda bilgileri verilen dosyada verilen kararın uygulanmasında tereddüt</w:t>
      </w:r>
    </w:p>
    <w:p>
      <w:r>
        <w:t xml:space="preserve">   doğmaması için; kararın/ilamın ................................................</w:t>
      </w:r>
    </w:p>
    <w:p>
      <w:r>
        <w:t xml:space="preserve">   hususlarını açıkça gösterecek şekilde DERKENAR düzenlenmesine ihtiyaç</w:t>
      </w:r>
    </w:p>
    <w:p>
      <w:r>
        <w:t xml:space="preserve">   bulunmaktadır. (Eksik/yanlış yazılan bilgiler ve istenen düzeltme/ek açıklama</w:t>
      </w:r>
    </w:p>
    <w:p>
      <w:r>
        <w:t xml:space="preserve">   somut şekilde belirtilecektir: örn. TCKN, taşınmaz bilgisi, tarih/sayı düzeltmesi vb.)</w:t>
      </w:r>
    </w:p>
    <w:p>
      <w:r>
        <w:t>2) Düzenlenecek derkenarın, kararın infazı için ilgili kuruma/mercie</w:t>
      </w:r>
    </w:p>
    <w:p>
      <w:r>
        <w:t xml:space="preserve">   (........................................ Müdürlüğü/İdaresi/Bankası) UYAP/Müzekkere</w:t>
      </w:r>
    </w:p>
    <w:p>
      <w:r>
        <w:t xml:space="preserve">   yoluyla gönderilmesini talep ederim.</w:t>
      </w:r>
    </w:p>
    <w:p>
      <w:r>
        <w:t>3) Gerek görülürse duruşmasız olarak karar verilmesini kabul ederim.</w:t>
      </w:r>
    </w:p>
    <w:p/>
    <w:p>
      <w:r>
        <w:t>Hukuki Sebepler  : 6100 sayılı HMK ve ilgili mevzuat.</w:t>
      </w:r>
    </w:p>
    <w:p>
      <w:r>
        <w:t>Deliller         : Dava/karar dosyası, yazışmalar, ekli belgeler ve her tür delil.</w:t>
      </w:r>
    </w:p>
    <w:p/>
    <w:p>
      <w:r>
        <w:t>SONUÇ VE İSTEM</w:t>
      </w:r>
    </w:p>
    <w:p>
      <w:r>
        <w:t>Açıklanan nedenlerle; yukarıda künyesi belirtilen dosyada, belirtilen hususları</w:t>
      </w:r>
    </w:p>
    <w:p>
      <w:r>
        <w:t>içerecek şekilde DERKENAR DÜZENLENMESİNE ve derkenarın ................................</w:t>
      </w:r>
    </w:p>
    <w:p>
      <w:r>
        <w:t>kurumuna tebliğine/uygulanmak üzere gönderilmesine; yargılama giderlerinin</w:t>
      </w:r>
    </w:p>
    <w:p>
      <w:r>
        <w:t>karşı tarafa yükletilmesine karar verilmesini saygıyla arz ve talep ederim.</w:t>
      </w:r>
    </w:p>
    <w:p/>
    <w:p>
      <w:r>
        <w:t>..............., .... / .... / 20....</w:t>
      </w:r>
    </w:p>
    <w:p/>
    <w:p>
      <w:r>
        <w:t>İmza</w:t>
      </w:r>
    </w:p>
    <w:p/>
    <w:p>
      <w:r>
        <w:t>Adı Soyadı : ____________________</w:t>
      </w:r>
    </w:p>
    <w:p/>
    <w:p>
      <w:r>
        <w:t>EKLER:</w:t>
      </w:r>
    </w:p>
    <w:p>
      <w:r>
        <w:t>1) Karar/İlam örneği</w:t>
      </w:r>
    </w:p>
    <w:p>
      <w:r>
        <w:t>2) Düzeltme/ek açıklama gerektiren belge(ler)</w:t>
      </w:r>
    </w:p>
    <w:p>
      <w:r>
        <w:t>3) Vekâletname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