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OKUL MÜDÜRLÜĞÜNE</w:t>
      </w:r>
    </w:p>
    <w:p/>
    <w:p>
      <w:pPr>
        <w:jc w:val="center"/>
      </w:pPr>
      <w:r>
        <w:t>Konu: Ders Dışı Egzersiz Çalışması Açılması Talebi</w:t>
      </w:r>
    </w:p>
    <w:p/>
    <w:p>
      <w:r>
        <w:t>Öğretmenin</w:t>
      </w:r>
    </w:p>
    <w:p>
      <w:r>
        <w:t>Adı Soyadı        : ........................................................</w:t>
      </w:r>
    </w:p>
    <w:p>
      <w:r>
        <w:t>T.C. Kimlik No     : ........................................................</w:t>
      </w:r>
    </w:p>
    <w:p>
      <w:r>
        <w:t>Branş/Kadro Ünvanı : ........................................................</w:t>
      </w:r>
    </w:p>
    <w:p>
      <w:r>
        <w:t>Telefon / E-posta  : ........................................................</w:t>
      </w:r>
    </w:p>
    <w:p/>
    <w:p>
      <w:r>
        <w:t>AÇIKLAMA</w:t>
      </w:r>
    </w:p>
    <w:p>
      <w:r>
        <w:t>İlgili mevzuat hükümleri çerçevesinde, 2025-2026 eğitim-öğretim yılında</w:t>
      </w:r>
    </w:p>
    <w:p>
      <w:r>
        <w:t>okulumuzda aşağıda bilgileri yer alan ders dışı egzersiz çalışmasının açılmasını</w:t>
      </w:r>
    </w:p>
    <w:p>
      <w:r>
        <w:t>ve planlanmasını talep ederim.</w:t>
      </w:r>
    </w:p>
    <w:p/>
    <w:p>
      <w:r>
        <w:t>Çalışma Bilgileri</w:t>
      </w:r>
    </w:p>
    <w:p>
      <w:r>
        <w:t>Çalışmanın Adı     : ........................................................ (ör. Halk Oyunları / Satranç / Koro / Spor Çalışmaları vb.)</w:t>
      </w:r>
    </w:p>
    <w:p>
      <w:r>
        <w:t>Hedef Grup/Sınıf   : ........................................................</w:t>
      </w:r>
    </w:p>
    <w:p>
      <w:r>
        <w:t>Öğrenci Sayısı     : .......... (tahmini)</w:t>
      </w:r>
    </w:p>
    <w:p>
      <w:r>
        <w:t>Haftalık Saat      : .......... saat</w:t>
      </w:r>
    </w:p>
    <w:p>
      <w:r>
        <w:t>Süre               : .......... hafta</w:t>
      </w:r>
    </w:p>
    <w:p>
      <w:r>
        <w:t>Dönem Tarih Aralığı: .... / .... / 20....  -  .... / .... / 20....</w:t>
      </w:r>
    </w:p>
    <w:p>
      <w:r>
        <w:t>Yer                : ........................................................ (spor salonu, müzik odası vb.)</w:t>
      </w:r>
    </w:p>
    <w:p>
      <w:r>
        <w:t>Gün ve Saatler     : ........................................................</w:t>
      </w:r>
    </w:p>
    <w:p>
      <w:r>
        <w:t>Sorumlu Öğretmen   : ........................................................</w:t>
      </w:r>
    </w:p>
    <w:p>
      <w:r>
        <w:t>Yardımcı (varsa)   : ........................................................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İmza</w:t>
      </w:r>
    </w:p>
    <w:p/>
    <w:p>
      <w:r>
        <w:t>Adı Soyadı : ____________________</w:t>
      </w:r>
    </w:p>
    <w:p/>
    <w:p>
      <w:r>
        <w:t>EKLER:</w:t>
      </w:r>
    </w:p>
    <w:p>
      <w:r>
        <w:t>1) Yıllık/üç aylık çalışma planı</w:t>
      </w:r>
    </w:p>
    <w:p>
      <w:r>
        <w:t>2) Öğrenci listesi (tahmini)</w:t>
      </w:r>
    </w:p>
    <w:p>
      <w:r>
        <w:t>3) Veli izin dilekçeleri (varsa)</w:t>
      </w:r>
    </w:p>
    <w:p>
      <w:r>
        <w:t>4) Risk değerlendirme formu ve ihtiyaç listesi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