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OKUL MÜDÜRLÜĞÜNE</w:t>
      </w:r>
    </w:p>
    <w:p/>
    <w:p>
      <w:pPr>
        <w:jc w:val="center"/>
      </w:pPr>
      <w:r>
        <w:t>Konu: Devamsızlığın mazeretli sayılması ve kayıtların düzeltilmesi talebi</w:t>
      </w:r>
    </w:p>
    <w:p/>
    <w:p>
      <w:r>
        <w:t>Öğrencinin</w:t>
      </w:r>
    </w:p>
    <w:p>
      <w:r>
        <w:t>Adı Soyadı        : ........................................................</w:t>
      </w:r>
    </w:p>
    <w:p>
      <w:r>
        <w:t>T.C. Kimlik No     : ........................................................</w:t>
      </w:r>
    </w:p>
    <w:p>
      <w:r>
        <w:t>Sınıf / Şube       : ........................................................</w:t>
      </w:r>
    </w:p>
    <w:p>
      <w:r>
        <w:t>Okul No            : ........................................................</w:t>
      </w:r>
    </w:p>
    <w:p>
      <w:r>
        <w:t>Veli Adı Soyadı    : ........................................................ (zorunlu ise)</w:t>
      </w:r>
    </w:p>
    <w:p>
      <w:r>
        <w:t>Telefon / E-posta  : ........................................................</w:t>
      </w:r>
    </w:p>
    <w:p/>
    <w:p>
      <w:r>
        <w:t>AÇIKLAMA</w:t>
      </w:r>
    </w:p>
    <w:p>
      <w:r>
        <w:t>.../.../20.... - .../.../20.... tarihleri arasında; .................................................. (sağlık/ailesel/mahkeme vb.)</w:t>
      </w:r>
    </w:p>
    <w:p>
      <w:r>
        <w:t>nedeniyle okula devam edilememiştir. Ekli sağlık/mazeret belgeleri doğrultusunda</w:t>
      </w:r>
    </w:p>
    <w:p>
      <w:r>
        <w:t>adı geçen tarihlerdeki devamsızlıklarımın mazeretli sayılarak devamsızlık</w:t>
      </w:r>
    </w:p>
    <w:p>
      <w:r>
        <w:t>kayıtlarının buna göre düzeltilmesini arz ederim.</w:t>
      </w:r>
    </w:p>
    <w:p/>
    <w:p>
      <w:r>
        <w:t>Gereğini arz ederim.</w:t>
      </w:r>
    </w:p>
    <w:p/>
    <w:p>
      <w:r>
        <w:t>..............., .... / .... / 20....</w:t>
      </w:r>
    </w:p>
    <w:p/>
    <w:p>
      <w:r>
        <w:t>İmza</w:t>
      </w:r>
    </w:p>
    <w:p/>
    <w:p>
      <w:r>
        <w:t>Adı Soyadı : ____________________</w:t>
      </w:r>
    </w:p>
    <w:p/>
    <w:p>
      <w:r>
        <w:t>EKLER:</w:t>
      </w:r>
    </w:p>
    <w:p>
      <w:r>
        <w:t>1) Sağlık raporu / doktor raporu (varsa)</w:t>
      </w:r>
    </w:p>
    <w:p>
      <w:r>
        <w:t>2) Mazeret belgesi (mahkeme yazısı, görev yazısı vb.) (varsa)</w:t>
      </w:r>
    </w:p>
    <w:p>
      <w:r>
        <w:t>3) Veli izin yazısı (gerekliyse)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