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T.C. DİYANET İŞLERİ BAŞKANLIĞINA</w:t>
      </w:r>
    </w:p>
    <w:p>
      <w:pPr>
        <w:jc w:val="center"/>
      </w:pPr>
      <w:r>
        <w:t>................................................. İL/İLÇE MÜFTÜLÜĞÜNE</w:t>
      </w:r>
    </w:p>
    <w:p/>
    <w:p>
      <w:pPr>
        <w:jc w:val="center"/>
      </w:pPr>
      <w:r>
        <w:t>Konu: [.....................................................] Talebi</w:t>
      </w:r>
    </w:p>
    <w:p/>
    <w:p>
      <w:r>
        <w:t>Başvuran            : ........................................................</w:t>
      </w:r>
    </w:p>
    <w:p>
      <w:r>
        <w:t>T.C. Kimlik No      : ........................................................</w:t>
      </w:r>
    </w:p>
    <w:p>
      <w:r>
        <w:t>Adres               : ........................................................</w:t>
      </w:r>
    </w:p>
    <w:p>
      <w:r>
        <w:t>Telefon / E-posta   : ........................................................</w:t>
      </w:r>
    </w:p>
    <w:p>
      <w:r>
        <w:t>Bağlı Olduğu Cami/Kurum (varsa) : ...........................................</w:t>
      </w:r>
    </w:p>
    <w:p/>
    <w:p>
      <w:r>
        <w:t>AÇIKLAMA</w:t>
      </w:r>
    </w:p>
    <w:p>
      <w:r>
        <w:t>İlgili mevzuat hükümleri kapsamında; [talep konusunu ve gerekçenizi kısaca yazınız:</w:t>
      </w:r>
    </w:p>
    <w:p>
      <w:r>
        <w:t>ör. camide görev değişikliği/vaaz izni talebi, nikâh işlemleri, Kur’an kursu</w:t>
      </w:r>
    </w:p>
    <w:p>
      <w:r>
        <w:t>kaydının düzeltilmesi, din hizmeti/bilgi edinme başvurusu, vb.]. Talebimin</w:t>
      </w:r>
    </w:p>
    <w:p>
      <w:r>
        <w:t>değerlendirilerek gereğinin yapılmasını arz ederim.</w:t>
      </w:r>
    </w:p>
    <w:p/>
    <w:p>
      <w:r>
        <w:t>Gereğini arz ederim.</w:t>
      </w:r>
    </w:p>
    <w:p/>
    <w:p>
      <w:r>
        <w:t>..............., .... / .... / 20....</w:t>
      </w:r>
    </w:p>
    <w:p/>
    <w:p>
      <w:r>
        <w:t>İmza</w:t>
      </w:r>
    </w:p>
    <w:p/>
    <w:p>
      <w:r>
        <w:t>Adı Soyadı : ____________________</w:t>
      </w:r>
    </w:p>
    <w:p/>
    <w:p>
      <w:r>
        <w:t>EKLER:</w:t>
      </w:r>
    </w:p>
    <w:p>
      <w:r>
        <w:t>1) Kimlik fotokopisi</w:t>
      </w:r>
    </w:p>
    <w:p>
      <w:r>
        <w:t>2) Talep konusuna ilişkin belge/evrak (varsa)</w:t>
      </w:r>
    </w:p>
    <w:p>
      <w:r>
        <w:t>3) İkametgâh/iletişim belgesi (varsa)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