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VERGİ DAİRESİ MÜDÜRLÜĞÜNE</w:t>
      </w:r>
    </w:p>
    <w:p/>
    <w:p>
      <w:pPr>
        <w:jc w:val="center"/>
      </w:pPr>
      <w:r>
        <w:t>Konu: E-Fatura Nevi (Şirket Türü) Değişikliği ve Unvan Bilgilerinin Güncellenmesi Talebi</w:t>
      </w:r>
    </w:p>
    <w:p/>
    <w:p>
      <w:r>
        <w:t>Şirketimizin 6102 sayılı Türk Ticaret Kanunu uyarınca yapılan nev’i değişikliği</w:t>
      </w:r>
    </w:p>
    <w:p>
      <w:r>
        <w:t>.................................................. tarihli ve .................. sayılı</w:t>
      </w:r>
    </w:p>
    <w:p>
      <w:r>
        <w:t>Türkiye Ticaret Sicili Gazetesi’nde ilan edilmiştir. Bu kapsamda e-Fatura ve</w:t>
      </w:r>
    </w:p>
    <w:p>
      <w:r>
        <w:t>e-Arşiv Fatura uygulamalarındaki unvan/nev’i bilgilerimizin güncellenmesini</w:t>
      </w:r>
    </w:p>
    <w:p>
      <w:r>
        <w:t>ve e-Fatura etiket(ler)imizin (alias) yeni unvanımız ile eşleştirilmesini talep ederiz.</w:t>
      </w:r>
    </w:p>
    <w:p/>
    <w:p>
      <w:r>
        <w:t>Bilgilerimiz:</w:t>
      </w:r>
    </w:p>
    <w:p>
      <w:r>
        <w:t>VKN / TCKN           : ____________________</w:t>
      </w:r>
    </w:p>
    <w:p>
      <w:r>
        <w:t>MERSİS No            : ____________________</w:t>
      </w:r>
    </w:p>
    <w:p>
      <w:r>
        <w:t>Ticaret Sicil No     : ____________________</w:t>
      </w:r>
    </w:p>
    <w:p>
      <w:r>
        <w:t>Eski Unvan           : ____________________</w:t>
      </w:r>
    </w:p>
    <w:p>
      <w:r>
        <w:t>Yeni Unvan           : ____________________</w:t>
      </w:r>
    </w:p>
    <w:p>
      <w:r>
        <w:t>Eski Nev’i           : ____________________</w:t>
      </w:r>
    </w:p>
    <w:p>
      <w:r>
        <w:t>Yeni Nev’i           : ____________________</w:t>
      </w:r>
    </w:p>
    <w:p>
      <w:r>
        <w:t>Adres                : ____________________</w:t>
      </w:r>
    </w:p>
    <w:p>
      <w:r>
        <w:t>E‑posta              : ____________________</w:t>
      </w:r>
    </w:p>
    <w:p>
      <w:r>
        <w:t>Telefon              : ____________________</w:t>
      </w:r>
    </w:p>
    <w:p>
      <w:r>
        <w:t>E‑Fatura Etiketi     : ____________________</w:t>
      </w:r>
    </w:p>
    <w:p>
      <w:r>
        <w:t>(alias/etiket bilginiz varsa yazınız)</w:t>
      </w:r>
    </w:p>
    <w:p/>
    <w:p>
      <w:r>
        <w:t>Gereğini arz ederiz.</w:t>
      </w:r>
    </w:p>
    <w:p/>
    <w:p>
      <w:r>
        <w:t>..............., .... / .... / 20....</w:t>
      </w:r>
    </w:p>
    <w:p/>
    <w:p>
      <w:r>
        <w:t>İmza Yetkilisi</w:t>
      </w:r>
    </w:p>
    <w:p>
      <w:r>
        <w:t>Adı Soyadı : ____________________</w:t>
      </w:r>
    </w:p>
    <w:p>
      <w:r>
        <w:t>Unvanı     : ____________________</w:t>
      </w:r>
    </w:p>
    <w:p>
      <w:r>
        <w:t>İmza</w:t>
      </w:r>
    </w:p>
    <w:p/>
    <w:p>
      <w:r>
        <w:t>Ekler:</w:t>
      </w:r>
    </w:p>
    <w:p>
      <w:r>
        <w:t>1) Nev’i değişikliğini gösterir Türkiye Ticaret Sicili Gazetesi örneği</w:t>
      </w:r>
    </w:p>
    <w:p>
      <w:r>
        <w:t>2) İmza Sirküleri</w:t>
      </w:r>
    </w:p>
    <w:p>
      <w:r>
        <w:t>3) Vergi Levhası</w:t>
      </w:r>
    </w:p>
    <w:p>
      <w:r>
        <w:t>4) (Varsa) MERSİS çıktısı ve/veya mali mühür sertifika bilgisi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