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ŞEHİR</w:t>
      </w:r>
    </w:p>
    <w:p>
      <w:pPr>
        <w:jc w:val="center"/>
      </w:pPr>
      <w:r>
        <w:t>................................................. ŞİRKETİ İNSAN KAYNAKLARI MÜDÜRLÜĞÜNE</w:t>
      </w:r>
    </w:p>
    <w:p/>
    <w:p>
      <w:pPr>
        <w:jc w:val="center"/>
      </w:pPr>
      <w:r>
        <w:t>Konu: Eşimin Doğumu Nedeniyle Ücretli İzin (Babalık İzni) Talebi</w:t>
      </w:r>
    </w:p>
    <w:p/>
    <w:p>
      <w:r>
        <w:t>4857 sayılı İş Kanunu ve ilgili mevzuat uyarınca; eşimin ....../..../20.... tarihinde doğum yapmış olması nedeniyle</w:t>
      </w:r>
    </w:p>
    <w:p>
      <w:r>
        <w:t>.../.../20.... - .../.../20.... tarihleri arasında 5 iş günü babalık izninin tarafıma kullandırılmasını talep ederim.</w:t>
      </w:r>
    </w:p>
    <w:p/>
    <w:p>
      <w:r>
        <w:t>Çalışan Bilgileri:</w:t>
      </w:r>
    </w:p>
    <w:p>
      <w:r>
        <w:t>Adı Soyadı    : ____________________</w:t>
      </w:r>
    </w:p>
    <w:p>
      <w:r>
        <w:t>T.C. Kimlik No: ____________________</w:t>
      </w:r>
    </w:p>
    <w:p>
      <w:r>
        <w:t>Sicil/Departman: ____________________</w:t>
      </w:r>
    </w:p>
    <w:p>
      <w:r>
        <w:t>Görev/Unvan   : ____________________</w:t>
      </w:r>
    </w:p>
    <w:p/>
    <w:p>
      <w:r>
        <w:t>Aile Bilgileri:</w:t>
      </w:r>
    </w:p>
    <w:p>
      <w:r>
        <w:t>Eşinin Adı Soyadı        : ____________________</w:t>
      </w:r>
    </w:p>
    <w:p>
      <w:r>
        <w:t>Doğum Tarihi ve Saati    : ____/____/20____  -  ____:____</w:t>
      </w:r>
    </w:p>
    <w:p>
      <w:r>
        <w:t>Çocuğun Adı (varsa)      : ____________________</w:t>
      </w:r>
    </w:p>
    <w:p>
      <w:r>
        <w:t>Doğumun Gerçekleştiği Hastane : ____________________</w:t>
      </w:r>
    </w:p>
    <w:p/>
    <w:p>
      <w:r>
        <w:t>İletişim:</w:t>
      </w:r>
    </w:p>
    <w:p>
      <w:r>
        <w:t>Adres   : _________________________________________________</w:t>
      </w:r>
    </w:p>
    <w:p>
      <w:r>
        <w:t xml:space="preserve">         : _________________________________________________</w:t>
      </w:r>
    </w:p>
    <w:p>
      <w:r>
        <w:t>Telefon : ________________________   E-posta : ____________________</w:t>
      </w:r>
    </w:p>
    <w:p/>
    <w:p>
      <w:r>
        <w:t>..............., .... / .... / 20....</w:t>
      </w:r>
    </w:p>
    <w:p/>
    <w:p>
      <w:r>
        <w:t>Çalışanın</w:t>
      </w:r>
    </w:p>
    <w:p>
      <w:r>
        <w:t>Adı Soyadı : ____________________</w:t>
      </w:r>
    </w:p>
    <w:p>
      <w:r>
        <w:t>İmza</w:t>
      </w:r>
    </w:p>
    <w:p/>
    <w:p>
      <w:r>
        <w:t>Ekler:</w:t>
      </w:r>
    </w:p>
    <w:p>
      <w:r>
        <w:t>1) Doğum Raporu/Doğum Belgesi fotokopisi</w:t>
      </w:r>
    </w:p>
    <w:p>
      <w:r>
        <w:t>2) Evlilik cüzdanı fotokopisi (varsa istenebilir)</w:t>
      </w:r>
    </w:p>
    <w:p>
      <w:r>
        <w:t>3) Diğer belgeler (işyeri uygulamasına göre)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