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ASKERLİK ŞUBESİ BAŞKANLIĞINA</w:t>
      </w:r>
    </w:p>
    <w:p/>
    <w:p>
      <w:pPr>
        <w:jc w:val="center"/>
      </w:pPr>
      <w:r>
        <w:t>Konu: Erken Sevk (Sevk Tarihinin Öne Alınması) Talebi</w:t>
      </w:r>
    </w:p>
    <w:p/>
    <w:p>
      <w:r>
        <w:t>Yükümlü Bilgileri:</w:t>
      </w:r>
    </w:p>
    <w:p>
      <w:r>
        <w:t>T.C. Kimlik No : ____________________</w:t>
      </w:r>
    </w:p>
    <w:p>
      <w:r>
        <w:t>Adı Soyadı     : ____________________</w:t>
      </w:r>
    </w:p>
    <w:p>
      <w:r>
        <w:t>Doğum Tarihi   : ____ / ____ / ______</w:t>
      </w:r>
    </w:p>
    <w:p>
      <w:r>
        <w:t>Askerlik Durumu: Yoklama tamam / Tecilli (bitiş: ____/____/____)</w:t>
      </w:r>
    </w:p>
    <w:p>
      <w:r>
        <w:t>Mevcut Celp/Sevk (sistemde): ____________</w:t>
      </w:r>
    </w:p>
    <w:p>
      <w:r>
        <w:t>Talep Edilen Celp/Sevk     : ____________ (örn. Şubat/Mayıs/Ağustos/Kasım 20__)</w:t>
      </w:r>
    </w:p>
    <w:p/>
    <w:p>
      <w:r>
        <w:t>Açıklama:</w:t>
      </w:r>
    </w:p>
    <w:p>
      <w:r>
        <w:t>Eğitim/iş/ailevi sebepler nedeniyle sevk tarihimın öne alınmasını talep ediyorum.</w:t>
      </w:r>
    </w:p>
    <w:p>
      <w:r>
        <w:t>(Örnek açıklama: Üniversite öğrenimimi ....../..../20.... tarihinde tamamladım ve tecilin</w:t>
      </w:r>
    </w:p>
    <w:p>
      <w:r>
        <w:t>bozulmasıyla birlikte belirtilen celpte askere sevkimin yapılmasını istiyorum.)</w:t>
      </w:r>
    </w:p>
    <w:p>
      <w:r>
        <w:t>Adres ve iletişim bilgilerim günceldir; tebligatların aşağıdaki adrese yapılmasını talep ederim.</w:t>
      </w:r>
    </w:p>
    <w:p/>
    <w:p>
      <w:r>
        <w:t>İletişim:</w:t>
      </w:r>
    </w:p>
    <w:p>
      <w:r>
        <w:t>Adres   : _________________________________________________</w:t>
      </w:r>
    </w:p>
    <w:p>
      <w:r>
        <w:t xml:space="preserve">         : _________________________________________________</w:t>
      </w:r>
    </w:p>
    <w:p>
      <w:r>
        <w:t>Telefon : ________________________   E-posta : ____________________</w:t>
      </w:r>
    </w:p>
    <w:p/>
    <w:p>
      <w:r>
        <w:t>..............., .... / .... / 20....</w:t>
      </w:r>
    </w:p>
    <w:p/>
    <w:p>
      <w:r>
        <w:t>Yükümlü</w:t>
      </w:r>
    </w:p>
    <w:p>
      <w:r>
        <w:t>Adı Soyadı : ____________________</w:t>
      </w:r>
    </w:p>
    <w:p>
      <w:r>
        <w:t>İmza</w:t>
      </w:r>
    </w:p>
    <w:p/>
    <w:p>
      <w:r>
        <w:t>Ekler:</w:t>
      </w:r>
    </w:p>
    <w:p>
      <w:r>
        <w:t>1) Mezuniyet/terhis (varsa) belgesi veya tecil bozdurma başvurusu</w:t>
      </w:r>
    </w:p>
    <w:p>
      <w:r>
        <w:t>2) Nüfus cüzdanı/T.C. kimlik kartı fotokopisi</w:t>
      </w:r>
    </w:p>
    <w:p>
      <w:r>
        <w:t>3) İşten ayrılış/iş teklif yazısı (varsa)</w:t>
      </w:r>
    </w:p>
    <w:p>
      <w:r>
        <w:t>4) Diğer destekleyici belgeler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