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t>................................................. [ÜLKE] BAŞKONSOLOSLUĞU / BÜYÜKELÇİLİĞİ</w:t>
      </w:r>
    </w:p>
    <w:p>
      <w:pPr>
        <w:jc w:val="center"/>
      </w:pPr>
      <w:r>
        <w:t>................................................. VİZE BÖLÜMÜNE</w:t>
      </w:r>
    </w:p>
    <w:p/>
    <w:p>
      <w:pPr>
        <w:jc w:val="center"/>
      </w:pPr>
      <w:r>
        <w:t>Konu: Eşim İçin Vize Sponsorluğu</w:t>
      </w:r>
    </w:p>
    <w:p/>
    <w:p>
      <w:r>
        <w:t>T.C. Kimlik No .................... olan, .... doğum tarihli ............................ olarak</w:t>
      </w:r>
    </w:p>
    <w:p>
      <w:r>
        <w:t>.......................................................... adresinde ikamet etmekteyim;</w:t>
      </w:r>
    </w:p>
    <w:p>
      <w:r>
        <w:t>.......................................................... şirketinde ....................... olarak</w:t>
      </w:r>
    </w:p>
    <w:p>
      <w:r>
        <w:t>.... yıldır çalışmaktayım.</w:t>
      </w:r>
    </w:p>
    <w:p>
      <w:r>
        <w:t>Eşim ................................ (T.C. .................; Pasaport No: ....................) ile</w:t>
      </w:r>
    </w:p>
    <w:p>
      <w:r>
        <w:t>.../.../20.... - .../.../20.... tarihleri arasında ............................ ülkesine</w:t>
      </w:r>
    </w:p>
    <w:p>
      <w:r>
        <w:t>turistik/ziyaret amaçlı seyahat planlamaktayız.</w:t>
      </w:r>
    </w:p>
    <w:p>
      <w:r>
        <w:t>Eşimin vize başvurusu kapsamında; konaklama, ulaşım, günlük harcamalar ve</w:t>
      </w:r>
    </w:p>
    <w:p>
      <w:r>
        <w:t>dönüşünü kapsayacak seyahat sağlık sigortası dâhil tüm masrafları karşılayacağımı</w:t>
      </w:r>
    </w:p>
    <w:p>
      <w:r>
        <w:t>taahhüt ederim. Finansal yeterliliğimi gösterir belgeler ekte sunulmuştur.</w:t>
      </w:r>
    </w:p>
    <w:p>
      <w:r>
        <w:t>Eşim seyahat sonunda Türkiye’ye dönecek olup ikamet adresimiz yukarıda belirtilmiştir.</w:t>
      </w:r>
    </w:p>
    <w:p/>
    <w:p>
      <w:r>
        <w:t>Gereğini bilgilerinize arz ederim.</w:t>
      </w:r>
    </w:p>
    <w:p/>
    <w:p>
      <w:r>
        <w:t>..............., .... / .... / 20....</w:t>
      </w:r>
    </w:p>
    <w:p/>
    <w:p>
      <w:r>
        <w:t>Sponsor (Eş)</w:t>
      </w:r>
    </w:p>
    <w:p>
      <w:r>
        <w:t>Adı Soyadı : ____________________</w:t>
      </w:r>
    </w:p>
    <w:p>
      <w:r>
        <w:t>T.C. Kimlik No : ________________</w:t>
      </w:r>
    </w:p>
    <w:p>
      <w:r>
        <w:t>Meslek/Unvan : _________________</w:t>
      </w:r>
    </w:p>
    <w:p>
      <w:r>
        <w:t>İşveren : _______________________</w:t>
      </w:r>
    </w:p>
    <w:p>
      <w:r>
        <w:t>İmza</w:t>
      </w:r>
    </w:p>
    <w:p/>
    <w:p>
      <w:r>
        <w:t>Adres   : _________________________</w:t>
      </w:r>
    </w:p>
    <w:p>
      <w:r>
        <w:t>Telefon : ________________________</w:t>
      </w:r>
    </w:p>
    <w:p>
      <w:r>
        <w:t>E‑posta : ________________________</w:t>
      </w:r>
    </w:p>
    <w:p/>
    <w:p>
      <w:r>
        <w:t>Ekler:</w:t>
      </w:r>
    </w:p>
    <w:p>
      <w:r>
        <w:t>1) Banka Hesap Dökümü (son 3 ay)</w:t>
      </w:r>
    </w:p>
    <w:p>
      <w:r>
        <w:t>2) Maaş Bordrosu / Gelir Belgeleri</w:t>
      </w:r>
    </w:p>
    <w:p>
      <w:r>
        <w:t>3) İş Yeri Yazısı ve SGK Hizmet Dökümü</w:t>
      </w:r>
    </w:p>
    <w:p>
      <w:r>
        <w:t>4) Evlilik Cüzdanı Fotokopisi</w:t>
      </w:r>
    </w:p>
    <w:p>
      <w:r>
        <w:t>5) Uçuş ve Konaklama Rezervasyonları</w:t>
      </w:r>
    </w:p>
    <w:p>
      <w:r>
        <w:t>6) Seyahat Sağlık Sigortası Poliçesi</w:t>
      </w:r>
    </w:p>
    <w:p>
      <w:r>
        <w:t>7) Pasaport Fotokopileri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