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BELEDİYE BAŞKANLIĞINA</w:t>
      </w:r>
    </w:p>
    <w:p/>
    <w:p>
      <w:pPr>
        <w:jc w:val="center"/>
      </w:pPr>
      <w:r>
        <w:t>Konu: Etkinlik Düzenleme İzni Talebi</w:t>
      </w:r>
    </w:p>
    <w:p/>
    <w:p>
      <w:r>
        <w:t>Derneğimiz/Okulumuz/Şirketimiz .......................................................... adına,</w:t>
      </w:r>
    </w:p>
    <w:p>
      <w:r>
        <w:t>.../.../20.... tarihinde, ...... - ...... saatleri arasında, ........................................</w:t>
      </w:r>
    </w:p>
    <w:p>
      <w:r>
        <w:t>adresinde .................................................. adlı etkinliğin düzenlenmesi</w:t>
      </w:r>
    </w:p>
    <w:p>
      <w:r>
        <w:t>planlanmaktadır.</w:t>
      </w:r>
    </w:p>
    <w:p>
      <w:r>
        <w:t>Etkinlik; (açık/kapalı alan) olup tahmini katılımcı sayısı .......... kişidir.</w:t>
      </w:r>
    </w:p>
    <w:p>
      <w:r>
        <w:t>Ses sistemi/müzik: (var/yok), ikram: (var/yok) şeklinde gerçekleştirilecektir.</w:t>
      </w:r>
    </w:p>
    <w:p>
      <w:r>
        <w:t>Gerekli güvenlik, sağlık ve çevre temizlik tedbirleri alınacak olup</w:t>
      </w:r>
    </w:p>
    <w:p>
      <w:r>
        <w:t>mevzuata ve belediye kurallarına uyulacaktır.</w:t>
      </w:r>
    </w:p>
    <w:p>
      <w:r>
        <w:t>Belirtilen tarih ve yer için etkinlik düzenleme izninin verilmesini arz ederim.</w:t>
      </w:r>
    </w:p>
    <w:p/>
    <w:p>
      <w:r>
        <w:t>..............., .... / .... / 20....</w:t>
      </w:r>
    </w:p>
    <w:p/>
    <w:p>
      <w:r>
        <w:t>Etkinlik Sorumlusu</w:t>
      </w:r>
    </w:p>
    <w:p>
      <w:r>
        <w:t>Adı Soyadı : ____________________</w:t>
      </w:r>
    </w:p>
    <w:p>
      <w:r>
        <w:t>T.C. Kimlik No : ________________</w:t>
      </w:r>
    </w:p>
    <w:p>
      <w:r>
        <w:t>Kurum/Dernek/Şirket : ___________</w:t>
      </w:r>
    </w:p>
    <w:p>
      <w:r>
        <w:t>Görevi : _________________________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Ekler:</w:t>
      </w:r>
    </w:p>
    <w:p>
      <w:r>
        <w:t>1) Etkinlik Programı ve Afiş Taslağı</w:t>
      </w:r>
    </w:p>
    <w:p>
      <w:r>
        <w:t>2) Alan/Konum Kullanım İzni (varsa)</w:t>
      </w:r>
    </w:p>
    <w:p>
      <w:r>
        <w:t>3) Güvenlik ve Sağlık Tedbir Planı</w:t>
      </w:r>
    </w:p>
    <w:p>
      <w:r>
        <w:t>4) Ses/Telif Belgeleri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