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[ÜLKE] BAŞKONSOLOSLUĞU / BÜYÜKELÇİLİĞİ</w:t>
      </w:r>
    </w:p>
    <w:p>
      <w:pPr>
        <w:jc w:val="center"/>
      </w:pPr>
      <w:r>
        <w:t>................................................. VİZE BÖLÜMÜNE</w:t>
      </w:r>
    </w:p>
    <w:p/>
    <w:p>
      <w:pPr>
        <w:jc w:val="center"/>
      </w:pPr>
      <w:r>
        <w:t>Konu: Turistik Vize Başvurusu Hk.</w:t>
      </w:r>
    </w:p>
    <w:p/>
    <w:p>
      <w:r>
        <w:t>T.C. Kimlik No .................... olan, .... doğum tarihli ............................; ev hanımıyım</w:t>
      </w:r>
    </w:p>
    <w:p>
      <w:r>
        <w:t>ve .......................................................... adresinde ikamet etmekteyim.</w:t>
      </w:r>
    </w:p>
    <w:p>
      <w:r>
        <w:t>.../.../20.... - .../.../20.... tarihleri arasında ............................ ülkesine</w:t>
      </w:r>
    </w:p>
    <w:p>
      <w:r>
        <w:t>turistik amaçlı seyahat planlamaktayım.</w:t>
      </w:r>
    </w:p>
    <w:p/>
    <w:p>
      <w:r>
        <w:t>Seyahat masraflarım (uçuş, konaklama, harcamalar ve seyahat sağlık sigortası)</w:t>
      </w:r>
    </w:p>
    <w:p>
      <w:r>
        <w:t>eşim ................................ (T.C. .................; Pasaport No: ....................)</w:t>
      </w:r>
    </w:p>
    <w:p>
      <w:r>
        <w:t>tarafından karşılanacaktır. Eşimin finansal durumunu gösterir belgeler ekte</w:t>
      </w:r>
    </w:p>
    <w:p>
      <w:r>
        <w:t>sunulmuştur. Türkiye ile güçlü aile/ikamet bağlarım mevcuttur ve seyahat sonunda</w:t>
      </w:r>
    </w:p>
    <w:p>
      <w:r>
        <w:t>ülkeme döneceğimi taahhüt ederim.</w:t>
      </w:r>
    </w:p>
    <w:p/>
    <w:p>
      <w:r>
        <w:t>Vize başvurumun olumlu değerlendirilmesini arz ederim.</w:t>
      </w:r>
    </w:p>
    <w:p/>
    <w:p>
      <w:r>
        <w:t>..............., .... / .... / 20....</w:t>
      </w:r>
    </w:p>
    <w:p/>
    <w:p>
      <w:r>
        <w:t>Başvuran</w:t>
      </w:r>
    </w:p>
    <w:p>
      <w:r>
        <w:t>Adı Soyadı : ____________________</w:t>
      </w:r>
    </w:p>
    <w:p>
      <w:r>
        <w:t>T.C. Kimlik No : ________________</w:t>
      </w:r>
    </w:p>
    <w:p>
      <w:r>
        <w:t>Pasaport No : ___________________</w:t>
      </w:r>
    </w:p>
    <w:p>
      <w:r>
        <w:t>İmza</w:t>
      </w:r>
    </w:p>
    <w:p/>
    <w:p>
      <w:r>
        <w:t>Adres   : _________________________</w:t>
      </w:r>
    </w:p>
    <w:p>
      <w:r>
        <w:t>Telefon : ________________________</w:t>
      </w:r>
    </w:p>
    <w:p>
      <w:r>
        <w:t>E‑posta : ________________________</w:t>
      </w:r>
    </w:p>
    <w:p/>
    <w:p>
      <w:r>
        <w:t>Ekler:</w:t>
      </w:r>
    </w:p>
    <w:p>
      <w:r>
        <w:t>1) Evlilik Cüzdanı Fotokopisi</w:t>
      </w:r>
    </w:p>
    <w:p>
      <w:r>
        <w:t>2) Eşin Banka Hesap Dökümü (son 3 ay) ve Maaş/İş Yazısı</w:t>
      </w:r>
    </w:p>
    <w:p>
      <w:r>
        <w:t>3) Uçuş ve Konaklama Rezervasyonları</w:t>
      </w:r>
    </w:p>
    <w:p>
      <w:r>
        <w:t>4) Seyahat Sağlık Sigortası Poliçesi</w:t>
      </w:r>
    </w:p>
    <w:p>
      <w:r>
        <w:t>5) Başvuran ve Eşe Ait Pasaport Fotokopileri</w:t>
      </w:r>
    </w:p>
    <w:p>
      <w:r>
        <w:t>6) İkametgâh / Nüfus Kayıt Örneği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