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ŞEHİR</w:t>
      </w:r>
    </w:p>
    <w:p>
      <w:pPr>
        <w:jc w:val="center"/>
      </w:pPr>
      <w:r>
        <w:t>FRANSA BAŞKONSOLOSLUĞU (..................) VİZE BÖLÜMÜNE</w:t>
      </w:r>
    </w:p>
    <w:p/>
    <w:p>
      <w:pPr>
        <w:jc w:val="center"/>
      </w:pPr>
      <w:r>
        <w:t>Konu: Öğrenci Vizesi Başvurusu</w:t>
      </w:r>
    </w:p>
    <w:p/>
    <w:p>
      <w:r>
        <w:t>T.C. Kimlik No ...................... olan, ...... doğumlu ................................ ..............;</w:t>
      </w:r>
    </w:p>
    <w:p>
      <w:r>
        <w:t>.................. Üniversitesi / Okulu, .................. bölüm/program</w:t>
      </w:r>
    </w:p>
    <w:p>
      <w:r>
        <w:t>kapsamında .../.../20.... - .../.../20.... tarihleri arasında eğitim görmek üzere</w:t>
      </w:r>
    </w:p>
    <w:p>
      <w:r>
        <w:t>kayıt/kabul edilmiş bulunmaktayım (kabul mektubu ektedir).</w:t>
      </w:r>
    </w:p>
    <w:p/>
    <w:p>
      <w:r>
        <w:t>Eğitim ve yaşam giderlerim; (şıkka göre) kişisel birikimlerim / ailem tarafından</w:t>
      </w:r>
    </w:p>
    <w:p>
      <w:r>
        <w:t>karşılanacak olup banka hesap dökümleri ve (varsa) sponsor/taahhüt yazısı ektedir.</w:t>
      </w:r>
    </w:p>
    <w:p>
      <w:r>
        <w:t>Konaklamam ........................................................ adresinde</w:t>
      </w:r>
    </w:p>
    <w:p>
      <w:r>
        <w:t>sağlanacak olup, seyahat sağlık sigortam ve gidiş-dönüş rezervasyonlarım</w:t>
      </w:r>
    </w:p>
    <w:p>
      <w:r>
        <w:t>tarafımdan yapılmıştır.</w:t>
      </w:r>
    </w:p>
    <w:p/>
    <w:p>
      <w:r>
        <w:t>Fransa'da bulunacağım süre boyunca mevzuata riayet edeceğimi, eğitimim</w:t>
      </w:r>
    </w:p>
    <w:p>
      <w:r>
        <w:t>tamamlandığında Türkiye'ye döneceğimi beyan eder, öğrenci vizesi talebimin</w:t>
      </w:r>
    </w:p>
    <w:p>
      <w:r>
        <w:t>kabulünü saygılarımla arz ederim.</w:t>
      </w:r>
    </w:p>
    <w:p/>
    <w:p>
      <w:r>
        <w:t>..............., .... / .... / 20....</w:t>
      </w:r>
    </w:p>
    <w:p/>
    <w:p>
      <w:r>
        <w:t>Başvuru Sahibi</w:t>
      </w:r>
    </w:p>
    <w:p>
      <w:r>
        <w:t>Adı Soyadı     : ____________________</w:t>
      </w:r>
    </w:p>
    <w:p>
      <w:r>
        <w:t>Pasaport No    : ____________________</w:t>
      </w:r>
    </w:p>
    <w:p>
      <w:r>
        <w:t>İmza</w:t>
      </w:r>
    </w:p>
    <w:p/>
    <w:p>
      <w:r>
        <w:t>İletişim</w:t>
      </w:r>
    </w:p>
    <w:p>
      <w:r>
        <w:t>Adres   : _________________________</w:t>
      </w:r>
    </w:p>
    <w:p>
      <w:r>
        <w:t>Telefon : ________________________</w:t>
      </w:r>
    </w:p>
    <w:p>
      <w:r>
        <w:t>E-posta : ________________________</w:t>
      </w:r>
    </w:p>
    <w:p/>
    <w:p>
      <w:r>
        <w:t>Ekler:</w:t>
      </w:r>
    </w:p>
    <w:p>
      <w:r>
        <w:t>1) Kabul/Öğrenci Belgesi</w:t>
      </w:r>
    </w:p>
    <w:p>
      <w:r>
        <w:t>2) Banka Hesap Dökümleri / Sponsor Taahhüdü</w:t>
      </w:r>
    </w:p>
    <w:p>
      <w:r>
        <w:t>3) Konaklama Belgesi / Kira Sözleşmesi</w:t>
      </w:r>
    </w:p>
    <w:p>
      <w:r>
        <w:t>4) Seyahat Sağlık Sigortası</w:t>
      </w:r>
    </w:p>
    <w:p>
      <w:r>
        <w:t>5) Uçuş/Rezervasyon Bilgileri</w:t>
      </w:r>
    </w:p>
    <w:p>
      <w:r>
        <w:t>6) Pasaport ve Biyometrik Fotoğraf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