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ŞEHİR</w:t>
      </w:r>
    </w:p>
    <w:p>
      <w:pPr>
        <w:jc w:val="center"/>
      </w:pPr>
      <w:r>
        <w:t>FRANSA BAŞKONSOLOSLUĞU (..................) VİZE BÖLÜMÜNE</w:t>
      </w:r>
    </w:p>
    <w:p/>
    <w:p>
      <w:pPr>
        <w:jc w:val="center"/>
      </w:pPr>
      <w:r>
        <w:t>Konu: Ticari Vize Başvurusu</w:t>
      </w:r>
    </w:p>
    <w:p/>
    <w:p>
      <w:r>
        <w:t>T.C. Kimlik No ...................... olan, ...... doğumlu ................................ ..............;</w:t>
      </w:r>
    </w:p>
    <w:p>
      <w:r>
        <w:t>................................ A.Ş./Ltd. Şti.’nde .......................... (görev/ünvan)</w:t>
      </w:r>
    </w:p>
    <w:p>
      <w:r>
        <w:t>olarak çalışmaktayım. Kurumumuz ile Fransa’da faaliyet gösteren</w:t>
      </w:r>
    </w:p>
    <w:p>
      <w:r>
        <w:t>................................ (davet eden firma) arasında yürütülen iş</w:t>
      </w:r>
    </w:p>
    <w:p>
      <w:r>
        <w:t>görüşmeleri/.................. Fuarı (.................. Şehir) kapsamında</w:t>
      </w:r>
    </w:p>
    <w:p>
      <w:r>
        <w:t>.../.../20.... - .../.../20.... tarihleri arasında Fransa’da bulunacağım.</w:t>
      </w:r>
    </w:p>
    <w:p/>
    <w:p>
      <w:r>
        <w:t>Konaklamam ........................................................ adresinde</w:t>
      </w:r>
    </w:p>
    <w:p>
      <w:r>
        <w:t>sağlanacak olup seyahat sağlık sigortam ile uçuş/rezervasyonlarım yapılmıştır.</w:t>
      </w:r>
    </w:p>
    <w:p>
      <w:r>
        <w:t>Başvuru dosyasında davet mektubu ve ticari ilişkiyi tevsik eden belgeler mevcuttur.</w:t>
      </w:r>
    </w:p>
    <w:p>
      <w:r>
        <w:t>Seyahat masraflarım ................................ (şirketim/karşı firma/kişisel)</w:t>
      </w:r>
    </w:p>
    <w:p>
      <w:r>
        <w:t>tarafından karşılanacaktır.</w:t>
      </w:r>
    </w:p>
    <w:p/>
    <w:p>
      <w:r>
        <w:t>Fransa’da bulunacağım süre boyunca tüm mevzuata riayet edeceğimi, ziyaretimin</w:t>
      </w:r>
    </w:p>
    <w:p>
      <w:r>
        <w:t>amacı tamamlandığında Türkiye’ye döneceğimi beyan eder; ticari vize talebimin</w:t>
      </w:r>
    </w:p>
    <w:p>
      <w:r>
        <w:t>kabulünü saygılarımla arz ederim.</w:t>
      </w:r>
    </w:p>
    <w:p/>
    <w:p>
      <w:r>
        <w:t>..............., .... / .... / 20....</w:t>
      </w:r>
    </w:p>
    <w:p/>
    <w:p>
      <w:r>
        <w:t>Başvuru Sahibi</w:t>
      </w:r>
    </w:p>
    <w:p>
      <w:r>
        <w:t>Adı Soyadı     : ____________________</w:t>
      </w:r>
    </w:p>
    <w:p>
      <w:r>
        <w:t>Pasaport No    : ____________________</w:t>
      </w:r>
    </w:p>
    <w:p>
      <w:r>
        <w:t>Çalıştığı Kurum: ____________________</w:t>
      </w:r>
    </w:p>
    <w:p>
      <w:r>
        <w:t>Görev/Ünvan    : ____________________</w:t>
      </w:r>
    </w:p>
    <w:p>
      <w:r>
        <w:t>İmza</w:t>
      </w:r>
    </w:p>
    <w:p/>
    <w:p>
      <w:r>
        <w:t>İletişim</w:t>
      </w:r>
    </w:p>
    <w:p>
      <w:r>
        <w:t>Adres   : _________________________</w:t>
      </w:r>
    </w:p>
    <w:p>
      <w:r>
        <w:t>Telefon : ________________________</w:t>
      </w:r>
    </w:p>
    <w:p>
      <w:r>
        <w:t>E-posta : ________________________</w:t>
      </w:r>
    </w:p>
    <w:p/>
    <w:p>
      <w:r>
        <w:t>Ekler:</w:t>
      </w:r>
    </w:p>
    <w:p>
      <w:r>
        <w:t>1) Davet Mektubu / Fuar Kayıt Belgesi</w:t>
      </w:r>
    </w:p>
    <w:p>
      <w:r>
        <w:t>2) Şirket Yazısı (görevlendirme) ve antetli dilekçe</w:t>
      </w:r>
    </w:p>
    <w:p>
      <w:r>
        <w:t>3) Vergi Levhası, Faaliyet Belgesi, Ticaret Sicil Gazetesi, İmza Sirküleri</w:t>
      </w:r>
    </w:p>
    <w:p>
      <w:r>
        <w:t>4) Banka Hesap Dökümleri (şirket/kişisel, son 3 ay)</w:t>
      </w:r>
    </w:p>
    <w:p>
      <w:r>
        <w:t>5) SGK Hizmet Dökümü ve İşe Giriş Bildirgesi (çalışanlar için)</w:t>
      </w:r>
    </w:p>
    <w:p>
      <w:r>
        <w:t>6) Uçuş ve Konaklama Rezervasyonları</w:t>
      </w:r>
    </w:p>
    <w:p>
      <w:r>
        <w:t>7) Seyahat Sağlık Sigortası</w:t>
      </w:r>
    </w:p>
    <w:p>
      <w:r>
        <w:t>8) Pasaport ve Biyometrik Fotoğraf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