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ŞEHİR</w:t>
      </w:r>
    </w:p>
    <w:p>
      <w:pPr>
        <w:jc w:val="center"/>
      </w:pPr>
      <w:r>
        <w:t>FRANSA BAŞKONSOLOSLUĞU (..................) VİZE BÖLÜMÜNE</w:t>
      </w:r>
    </w:p>
    <w:p/>
    <w:p>
      <w:pPr>
        <w:jc w:val="center"/>
      </w:pPr>
      <w:r>
        <w:t>Konu: Fransa Vizesi Sponsor Dilekçesi</w:t>
      </w:r>
    </w:p>
    <w:p/>
    <w:p>
      <w:r>
        <w:t>Vize başvurusunda bulunan ................................ (Ad Soyad, Pasaport No: .................) ile</w:t>
      </w:r>
    </w:p>
    <w:p>
      <w:r>
        <w:t>ilişkim ................................ (anne/baba/eş/kardeş/diğer) olup; T.C. Kimlik No .................</w:t>
      </w:r>
    </w:p>
    <w:p>
      <w:r>
        <w:t>olan ben ................................ (Sponsor Ad Soyad), ................................ adresinde ikamet</w:t>
      </w:r>
    </w:p>
    <w:p>
      <w:r>
        <w:t>etmekte ve ................................ (meslek/ünvan) olarak ................................ (şirket/kurum)</w:t>
      </w:r>
    </w:p>
    <w:p>
      <w:r>
        <w:t>bünyesinde çalışmaktayım.</w:t>
      </w:r>
    </w:p>
    <w:p/>
    <w:p>
      <w:r>
        <w:t>Söz konusu kişinin .../.../20.... - .../.../20.... tarihleri arasındaki Fransa seyahati boyunca;</w:t>
      </w:r>
    </w:p>
    <w:p>
      <w:r>
        <w:t>konaklama, ulaşım, günlük harcamalar, seyahat sağlık sigortası ve vize harçları dâhil</w:t>
      </w:r>
    </w:p>
    <w:p>
      <w:r>
        <w:t>olmak üzere tüm masraflarını karşılayacağımı beyan ederim.</w:t>
      </w:r>
    </w:p>
    <w:p>
      <w:r>
        <w:t>Masraflar; düzenli gelirlerim ve banka hesaplarımdaki birikimlerimden karşılanacaktır.</w:t>
      </w:r>
    </w:p>
    <w:p>
      <w:r>
        <w:t>Banka hesap dökümlerim ve gelir belgelerim ektedir. Gerek görülmesi hâlinde bilgilerimin</w:t>
      </w:r>
    </w:p>
    <w:p>
      <w:r>
        <w:t>resmî mercilerce teyit edilmesine onay veriyorum.</w:t>
      </w:r>
    </w:p>
    <w:p/>
    <w:p>
      <w:r>
        <w:t>Başvuru sahibinin seyahat amacına uygun hareket edeceğine ve planlanan sürenin sonunda</w:t>
      </w:r>
    </w:p>
    <w:p>
      <w:r>
        <w:t>Türkiye’ye döneceğine ilişkin taahhüdüm tarafımdan verilmiştir.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Sponsor Bilgileri</w:t>
      </w:r>
    </w:p>
    <w:p>
      <w:r>
        <w:t>Adı Soyadı   : ____________________</w:t>
      </w:r>
    </w:p>
    <w:p>
      <w:r>
        <w:t>T.C. Kimlik No : __________________</w:t>
      </w:r>
    </w:p>
    <w:p>
      <w:r>
        <w:t>Meslek/Ünvan : ____________________</w:t>
      </w:r>
    </w:p>
    <w:p>
      <w:r>
        <w:t>Çalıştığı Kurum: __________________</w:t>
      </w:r>
    </w:p>
    <w:p>
      <w:r>
        <w:t>Aylık Net Gelir: __________________</w:t>
      </w:r>
    </w:p>
    <w:p>
      <w:r>
        <w:t>İmza</w:t>
      </w:r>
    </w:p>
    <w:p/>
    <w:p>
      <w:r>
        <w:t>İletişim</w:t>
      </w:r>
    </w:p>
    <w:p>
      <w:r>
        <w:t>Adres   : _________________________</w:t>
      </w:r>
    </w:p>
    <w:p>
      <w:r>
        <w:t>Telefon : ________________________</w:t>
      </w:r>
    </w:p>
    <w:p>
      <w:r>
        <w:t>E-posta : ________________________</w:t>
      </w:r>
    </w:p>
    <w:p/>
    <w:p>
      <w:r>
        <w:t>Ekler:</w:t>
      </w:r>
    </w:p>
    <w:p>
      <w:r>
        <w:t>1) Sponsorun Banka Hesap Dökümleri (son 3 ay)</w:t>
      </w:r>
    </w:p>
    <w:p>
      <w:r>
        <w:t>2) Maaş Bordroları / SGK Hizmet Dökümü</w:t>
      </w:r>
    </w:p>
    <w:p>
      <w:r>
        <w:t>3) Vergi Levhası ve İmza Sirküleri (işveren/serbest meslek için)</w:t>
      </w:r>
    </w:p>
    <w:p>
      <w:r>
        <w:t>4) Nüfus Kayıt Örneği (yakınlık/bağlılık kanıtı)</w:t>
      </w:r>
    </w:p>
    <w:p>
      <w:r>
        <w:t>5) T.C. Kimlik Kartı Fotokopisi ve İkametgâh</w:t>
      </w:r>
    </w:p>
    <w:p>
      <w:r>
        <w:t>6) Başvuru Sahibinin Pasaport Fotokopisi</w:t>
      </w:r>
    </w:p>
    <w:p>
      <w:r>
        <w:t>7) Uçuş/konaklama rezervasyonları ve Seyahat Sağlık Sigortası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