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ÖSYM BAŞKANLIĞINA</w:t>
      </w:r>
    </w:p>
    <w:p>
      <w:pPr>
        <w:jc w:val="center"/>
      </w:pPr>
      <w:r>
        <w:t>(Genel Evrak)</w:t>
      </w:r>
    </w:p>
    <w:p/>
    <w:p>
      <w:pPr>
        <w:jc w:val="center"/>
      </w:pPr>
      <w:r>
        <w:t>Konu: Genel Amaçlı Başvuru/Talep (AİS)</w:t>
      </w:r>
    </w:p>
    <w:p/>
    <w:p>
      <w:r>
        <w:t>T.C. Kimlik No          : ____________________</w:t>
      </w:r>
    </w:p>
    <w:p>
      <w:r>
        <w:t>ÖSYM Aday No (varsa)    : ____________________</w:t>
      </w:r>
    </w:p>
    <w:p>
      <w:r>
        <w:t>Adı Soyadı              : ____________________</w:t>
      </w:r>
    </w:p>
    <w:p>
      <w:r>
        <w:t>Adres                   : ____________________</w:t>
      </w:r>
    </w:p>
    <w:p>
      <w:r>
        <w:t>Telefon / E-Posta       : ____________________</w:t>
      </w:r>
    </w:p>
    <w:p/>
    <w:p>
      <w:r>
        <w:t>Sınav Adı               : ____________________ (YKS/KPSS/ALES/YÖKDİL vb.)</w:t>
      </w:r>
    </w:p>
    <w:p>
      <w:r>
        <w:t>Sınav Yılı / Dönemi     : ____ / ____</w:t>
      </w:r>
    </w:p>
    <w:p>
      <w:r>
        <w:t>Başvuru No (varsa)      : ____________________</w:t>
      </w:r>
    </w:p>
    <w:p/>
    <w:p>
      <w:r>
        <w:t>AÇIKLAMA</w:t>
      </w:r>
    </w:p>
    <w:p>
      <w:r>
        <w:t>Aşağıda açıklanan nedenlerle/konuda gerekli işlemlerin yapılmasını talep</w:t>
      </w:r>
    </w:p>
    <w:p>
      <w:r>
        <w:t>ediyorum:</w:t>
      </w:r>
    </w:p>
    <w:p>
      <w:r>
        <w:t>__________________________________________________________________</w:t>
      </w:r>
    </w:p>
    <w:p>
      <w:r>
        <w:t>__________________________________________________________________</w:t>
      </w:r>
    </w:p>
    <w:p>
      <w:r>
        <w:t>__________________________________________________________________</w:t>
      </w:r>
    </w:p>
    <w:p/>
    <w:p>
      <w:r>
        <w:t>Taleplerim:</w:t>
      </w:r>
    </w:p>
    <w:p>
      <w:r>
        <w:t>1) _______________________________________________________________</w:t>
      </w:r>
    </w:p>
    <w:p>
      <w:r>
        <w:t>2) _______________________________________________________________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İmza</w:t>
      </w:r>
    </w:p>
    <w:p/>
    <w:p>
      <w:r>
        <w:t>Ekler:</w:t>
      </w:r>
    </w:p>
    <w:p>
      <w:r>
        <w:t>1) Kimlik belgesi fotokopisi</w:t>
      </w:r>
    </w:p>
    <w:p>
      <w:r>
        <w:t>2) İlgili dekont/başvuru çıktısı (varsa)</w:t>
      </w:r>
    </w:p>
    <w:p>
      <w:r>
        <w:t>3) Sağlık raporu/engel beyanı vb. belge (varsa)</w:t>
      </w:r>
    </w:p>
    <w:p>
      <w:r>
        <w:t>4) Diğer destekleyici belgeler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