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KAYMAKAMLIĞINA</w:t>
      </w:r>
    </w:p>
    <w:p>
      <w:pPr>
        <w:jc w:val="center"/>
      </w:pPr>
      <w:r>
        <w:t>(İlçe Jandarma Komutanlığına)</w:t>
      </w:r>
    </w:p>
    <w:p/>
    <w:p>
      <w:pPr>
        <w:jc w:val="center"/>
      </w:pPr>
      <w:r>
        <w:t>Konu: Gönüllü (Güvenlik) Koruculuğu Başvurusu</w:t>
      </w:r>
    </w:p>
    <w:p/>
    <w:p>
      <w:r>
        <w:t>T.C. Kimlik No       : ____________________</w:t>
      </w:r>
    </w:p>
    <w:p>
      <w:r>
        <w:t>Adı Soyadı           : ____________________</w:t>
      </w:r>
    </w:p>
    <w:p>
      <w:r>
        <w:t>Baba Adı             : ____________________</w:t>
      </w:r>
    </w:p>
    <w:p>
      <w:r>
        <w:t>Doğum Yeri/Tarihi    : ____________________</w:t>
      </w:r>
    </w:p>
    <w:p>
      <w:r>
        <w:t>Nüfusa Kayıtlı Olduğu: İl ________  İlçe ________  Köy/Mah. ____________</w:t>
      </w:r>
    </w:p>
    <w:p>
      <w:r>
        <w:t>İkamet Adresi        : ____________________</w:t>
      </w:r>
    </w:p>
    <w:p>
      <w:r>
        <w:t>Telefon              : ____________________</w:t>
      </w:r>
    </w:p>
    <w:p>
      <w:r>
        <w:t>Eğitim Durumu        : ____________________</w:t>
      </w:r>
    </w:p>
    <w:p>
      <w:r>
        <w:t>Askerlik Durumu      : ____________________ (erkek adaylar için)</w:t>
      </w:r>
    </w:p>
    <w:p/>
    <w:p>
      <w:r>
        <w:t>İlçenize bağlı ........................................ köy/mahalle sakiniyim.</w:t>
      </w:r>
    </w:p>
    <w:p>
      <w:r>
        <w:t>İlgili mevzuat kapsamında gönüllü (güvenlik) korucusu olarak görev yapmak</w:t>
      </w:r>
    </w:p>
    <w:p>
      <w:r>
        <w:t>üzere başvuruda bulunuyorum. Görev yapmaya engel bir sağlık durumumun</w:t>
      </w:r>
    </w:p>
    <w:p>
      <w:r>
        <w:t>bulunmadığını ve adli sicil kaydımın temiz olduğunu beyan ederim.</w:t>
      </w:r>
    </w:p>
    <w:p/>
    <w:p>
      <w:r>
        <w:t>Korucu kadrosu için uygun görülmem hâlinde tarafıma gerekli işlemlerin</w:t>
      </w:r>
    </w:p>
    <w:p>
      <w:r>
        <w:t>yapılarak güvenlik soruşturması ve arşiv araştırmasının başlatılmasını</w:t>
      </w:r>
    </w:p>
    <w:p>
      <w:r>
        <w:t>arz ve talep ederim.</w:t>
      </w:r>
    </w:p>
    <w:p/>
    <w:p>
      <w:r>
        <w:t>..............., .... / .... / 20....</w:t>
      </w:r>
    </w:p>
    <w:p/>
    <w:p>
      <w:r>
        <w:t>Başvuru Sahibi</w:t>
      </w:r>
    </w:p>
    <w:p>
      <w:r>
        <w:t>Adı Soyadı : ____________________</w:t>
      </w:r>
    </w:p>
    <w:p>
      <w:r>
        <w:t>İmza       : ____________________</w:t>
      </w:r>
    </w:p>
    <w:p/>
    <w:p>
      <w:r>
        <w:t>Ekler:</w:t>
      </w:r>
    </w:p>
    <w:p>
      <w:r>
        <w:t>1) T.C. kimlik kartı fotokopisi</w:t>
      </w:r>
    </w:p>
    <w:p>
      <w:r>
        <w:t>2) İkametgâh belgesi</w:t>
      </w:r>
    </w:p>
    <w:p>
      <w:r>
        <w:t>3) Adli sicil belgesi</w:t>
      </w:r>
    </w:p>
    <w:p>
      <w:r>
        <w:t>4) Sağlık raporu (göreve engel olmadığını gösterir)</w:t>
      </w:r>
    </w:p>
    <w:p>
      <w:r>
        <w:t>5) Askerlik durum belgesi (erkek adaylar için)</w:t>
      </w:r>
    </w:p>
    <w:p>
      <w:r>
        <w:t>6) 2 adet vesikalık fotoğraf</w:t>
      </w:r>
    </w:p>
    <w:p>
      <w:r>
        <w:t>7) Muhtarlık uygunluk yazısı (varsa)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