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ÇEVRE, ŞEHİRCİLİK VE İKLİM DEĞİŞİKLİĞİ İL MÜDÜRLÜĞÜ</w:t>
      </w:r>
    </w:p>
    <w:p>
      <w:pPr>
        <w:jc w:val="center"/>
      </w:pPr>
      <w:r>
        <w:t>MİLLÎ EMLAK MÜDÜRLÜĞÜNE</w:t>
      </w:r>
    </w:p>
    <w:p/>
    <w:p>
      <w:pPr>
        <w:jc w:val="center"/>
      </w:pPr>
      <w:r>
        <w:t>Konu: Hazine Taşınmazının Kiralanması Talebi</w:t>
      </w:r>
    </w:p>
    <w:p/>
    <w:p>
      <w:r>
        <w:t>Başvuru Sahibi (Gerçek/Tüzel Kişi):</w:t>
      </w:r>
    </w:p>
    <w:p>
      <w:r>
        <w:t>Adı Soyadı / Ticaret Unvanı : ____________________</w:t>
      </w:r>
    </w:p>
    <w:p>
      <w:r>
        <w:t>T.C. Kimlik No / VKN        : ____________________</w:t>
      </w:r>
    </w:p>
    <w:p>
      <w:r>
        <w:t>Adres                        : ____________________</w:t>
      </w:r>
    </w:p>
    <w:p>
      <w:r>
        <w:t>Telefon / E‑posta            : ____________________</w:t>
      </w:r>
    </w:p>
    <w:p/>
    <w:p>
      <w:r>
        <w:t>Kiralanması Talep Edilen Taşınmaz:</w:t>
      </w:r>
    </w:p>
    <w:p>
      <w:r>
        <w:t>İl / İlçe / Mahalle‑Köy : ____________________</w:t>
      </w:r>
    </w:p>
    <w:p>
      <w:r>
        <w:t>Ada / Parsel / Mevkii   : ____________________</w:t>
      </w:r>
    </w:p>
    <w:p>
      <w:r>
        <w:t>Yüzölçümü (m²)          : ____________________</w:t>
      </w:r>
    </w:p>
    <w:p>
      <w:r>
        <w:t>Nitelik (tarla/arsa vb.) : ____________________</w:t>
      </w:r>
    </w:p>
    <w:p>
      <w:r>
        <w:t>Mevcut Kullanım Durumu  : ( ) Boş  ( ) Kullanım var/ecrimisil (açıklayınız)</w:t>
      </w:r>
    </w:p>
    <w:p/>
    <w:p>
      <w:r>
        <w:t>Talebin Konusu:</w:t>
      </w:r>
    </w:p>
    <w:p>
      <w:r>
        <w:t>Kiralama Amacı : ____________________ (örn. tarımsal faaliyet, depo, açık otopark vb.)</w:t>
      </w:r>
    </w:p>
    <w:p>
      <w:r>
        <w:t>Talep Edilen Süre : ____ yıl</w:t>
      </w:r>
    </w:p>
    <w:p>
      <w:r>
        <w:t>Kira Bedeli Teklifim (varsa) : __________ TL/Yıl</w:t>
      </w:r>
    </w:p>
    <w:p>
      <w:r>
        <w:t>Taşınmazın imar/çevre/mesleki mevzuata uygun kullanılacağını, gerekli izinlerin</w:t>
      </w:r>
    </w:p>
    <w:p>
      <w:r>
        <w:t>alınacağını ve şartlara uyulacağını taahhüt ederim.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Başvuru Sahibi</w:t>
      </w:r>
    </w:p>
    <w:p>
      <w:r>
        <w:t>Adı Soyadı / Unvan : ____________________</w:t>
      </w:r>
    </w:p>
    <w:p>
      <w:r>
        <w:t>İmza</w:t>
      </w:r>
    </w:p>
    <w:p/>
    <w:p>
      <w:r>
        <w:t>Ekler:</w:t>
      </w:r>
    </w:p>
    <w:p>
      <w:r>
        <w:t>1) Kimlik fotokopisi / Vergi levhası</w:t>
      </w:r>
    </w:p>
    <w:p>
      <w:r>
        <w:t>2) Yetki belgesi/İmza sirküleri (tüzel kişiler için)</w:t>
      </w:r>
    </w:p>
    <w:p>
      <w:r>
        <w:t>3) Taşınmaza ilişkin kroki/koordinat/uydu görüntüsü (varsa)</w:t>
      </w:r>
    </w:p>
    <w:p>
      <w:r>
        <w:t>4) İmar durumu yazısı/kurum görüşü (varsa)</w:t>
      </w:r>
    </w:p>
    <w:p>
      <w:r>
        <w:t>5) Proje/iş planı ve kapasite bilgileri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