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TÜKETİCİ HAKEM HEYETİ BAŞKANLIĞINA</w:t>
      </w:r>
    </w:p>
    <w:p/>
    <w:p>
      <w:pPr>
        <w:jc w:val="center"/>
      </w:pPr>
      <w:r>
        <w:t>Konu: Tüketici Uyuşmazlığı Başvurusu</w:t>
      </w:r>
    </w:p>
    <w:p/>
    <w:p>
      <w:r>
        <w:t>Başvuran (Tüketici):</w:t>
      </w:r>
    </w:p>
    <w:p>
      <w:r>
        <w:t>Adı Soyadı : ____________________</w:t>
      </w:r>
    </w:p>
    <w:p>
      <w:r>
        <w:t>T.C. Kimlik No : ________________</w:t>
      </w:r>
    </w:p>
    <w:p>
      <w:r>
        <w:t>Adres : _________________________</w:t>
      </w:r>
    </w:p>
    <w:p>
      <w:r>
        <w:t>Telefon / E‑posta : ______________</w:t>
      </w:r>
    </w:p>
    <w:p/>
    <w:p>
      <w:r>
        <w:t>Karşı Taraf (Satıcı/Sağlayıcı):</w:t>
      </w:r>
    </w:p>
    <w:p>
      <w:r>
        <w:t>Unvan : _________________________</w:t>
      </w:r>
    </w:p>
    <w:p>
      <w:r>
        <w:t>Vergi No/MERSİS (varsa): ________</w:t>
      </w:r>
    </w:p>
    <w:p>
      <w:r>
        <w:t>Adres : _________________________</w:t>
      </w:r>
    </w:p>
    <w:p/>
    <w:p>
      <w:r>
        <w:t>Sözleşme/Alışveriş Bilgileri:</w:t>
      </w:r>
    </w:p>
    <w:p>
      <w:r>
        <w:t>Tarih : ____/____/20____   Fatura No : ____________</w:t>
      </w:r>
    </w:p>
    <w:p>
      <w:r>
        <w:t>Ürün/Hizmet : ____________________</w:t>
      </w:r>
    </w:p>
    <w:p>
      <w:r>
        <w:t>Bedel : __________ TL</w:t>
      </w:r>
    </w:p>
    <w:p/>
    <w:p>
      <w:r>
        <w:t>Uyuşmazlığın Özeti:</w:t>
      </w:r>
    </w:p>
    <w:p>
      <w:r>
        <w:t>............................................................</w:t>
      </w:r>
    </w:p>
    <w:p>
      <w:r>
        <w:t>............................................................</w:t>
      </w:r>
    </w:p>
    <w:p/>
    <w:p>
      <w:r>
        <w:t>Hukuki Dayanak:</w:t>
      </w:r>
    </w:p>
    <w:p>
      <w:r>
        <w:t>6502 sayılı Tüketicinin Korunması Hakkında Kanun ve ilgili mevzuat.</w:t>
      </w:r>
    </w:p>
    <w:p/>
    <w:p>
      <w:r>
        <w:t>Talep:</w:t>
      </w:r>
    </w:p>
    <w:p>
      <w:r>
        <w:t>( ) Bedel iadesi   ( ) Ayıpsız misli ile değiştirme   ( ) Ücretsiz onarım</w:t>
      </w:r>
    </w:p>
    <w:p>
      <w:r>
        <w:t>( ) Sözleşmenin feshi   ( ) Diğer: _______________________</w:t>
      </w:r>
    </w:p>
    <w:p>
      <w:r>
        <w:t>Uyuşmazlık Tutarı : __________ TL</w:t>
      </w:r>
    </w:p>
    <w:p/>
    <w:p>
      <w:r>
        <w:t>Gereğini arz ederim.</w:t>
      </w:r>
    </w:p>
    <w:p/>
    <w:p>
      <w:r>
        <w:t>..............., .... / .... / 20....</w:t>
      </w:r>
    </w:p>
    <w:p/>
    <w:p>
      <w:r>
        <w:t>Başvuran (Tüketici)</w:t>
      </w:r>
    </w:p>
    <w:p>
      <w:r>
        <w:t>Adı Soyadı : ____________________</w:t>
      </w:r>
    </w:p>
    <w:p>
      <w:r>
        <w:t>İmza</w:t>
      </w:r>
    </w:p>
    <w:p/>
    <w:p>
      <w:r>
        <w:t>IBAN (iade için, varsa): TR__________________________</w:t>
      </w:r>
    </w:p>
    <w:p/>
    <w:p>
      <w:r>
        <w:t>Ekler:</w:t>
      </w:r>
    </w:p>
    <w:p>
      <w:r>
        <w:t>1) Fatura/fiş örneği</w:t>
      </w:r>
    </w:p>
    <w:p>
      <w:r>
        <w:t>2) Sözleşme/garanti belgesi (varsa)</w:t>
      </w:r>
    </w:p>
    <w:p>
      <w:r>
        <w:t>3) Servis/ekspertiz raporu (varsa)</w:t>
      </w:r>
    </w:p>
    <w:p>
      <w:r>
        <w:t>4) Yazışma/şikâyet ekran görüntüleri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