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T.C. HALK BANKASI A.Ş. GENEL MÜDÜRLÜĞÜ’NE</w:t>
      </w:r>
    </w:p>
    <w:p/>
    <w:p>
      <w:pPr>
        <w:jc w:val="center"/>
      </w:pPr>
      <w:r>
        <w:t>Konu: Şikâyet ve İade Talebi</w:t>
      </w:r>
    </w:p>
    <w:p/>
    <w:p>
      <w:r>
        <w:t>Müşteri No / T.C. Kimlik No : ____________________</w:t>
      </w:r>
    </w:p>
    <w:p>
      <w:r>
        <w:t>Şube : ___________________________________________</w:t>
      </w:r>
    </w:p>
    <w:p>
      <w:r>
        <w:t>Hesap No / IBAN : _________________________________</w:t>
      </w:r>
    </w:p>
    <w:p>
      <w:r>
        <w:t>Kart No (son 4 hane) : ______</w:t>
      </w:r>
    </w:p>
    <w:p>
      <w:r>
        <w:t>İletişim (Telefon/E‑posta) : _______________________</w:t>
      </w:r>
    </w:p>
    <w:p/>
    <w:p>
      <w:r>
        <w:t>Şikâyetin Konusu ve Olayın Özeti:</w:t>
      </w:r>
    </w:p>
    <w:p>
      <w:r>
        <w:t>____/____/20____ tarihinde saat ____:____’de, _______________________ işleminde</w:t>
      </w:r>
    </w:p>
    <w:p>
      <w:r>
        <w:t>............................................................</w:t>
      </w:r>
    </w:p>
    <w:p>
      <w:r>
        <w:t>............................................................</w:t>
      </w:r>
    </w:p>
    <w:p/>
    <w:p>
      <w:r>
        <w:t>Talep:</w:t>
      </w:r>
    </w:p>
    <w:p>
      <w:r>
        <w:t>( ) Haksız/yanlış işlemin iptali</w:t>
      </w:r>
    </w:p>
    <w:p>
      <w:r>
        <w:t>( ) Ücret/komisyon/faiz iadesi</w:t>
      </w:r>
    </w:p>
    <w:p>
      <w:r>
        <w:t>( ) Bilgi ve belge paylaşımı</w:t>
      </w:r>
    </w:p>
    <w:p>
      <w:r>
        <w:t>( ) Diğer: _______________________________________</w:t>
      </w:r>
    </w:p>
    <w:p/>
    <w:p>
      <w:r>
        <w:t>Gereğini bilgilerinize arz ederim.</w:t>
      </w:r>
    </w:p>
    <w:p/>
    <w:p>
      <w:r>
        <w:t>..............., .... / .... / 20....</w:t>
      </w:r>
    </w:p>
    <w:p/>
    <w:p>
      <w:r>
        <w:t>Başvuran (Müşteri)</w:t>
      </w:r>
    </w:p>
    <w:p>
      <w:r>
        <w:t>Adı Soyadı : ____________________</w:t>
      </w:r>
    </w:p>
    <w:p>
      <w:r>
        <w:t>İmza</w:t>
      </w:r>
    </w:p>
    <w:p/>
    <w:p>
      <w:r>
        <w:t>Ekler:</w:t>
      </w:r>
    </w:p>
    <w:p>
      <w:r>
        <w:t>1) Dekont/ekstre/ekran görüntüsü</w:t>
      </w:r>
    </w:p>
    <w:p>
      <w:r>
        <w:t>2) Yazışma/çağrı kaydı (varsa)</w:t>
      </w:r>
    </w:p>
    <w:p>
      <w:r>
        <w:t>3) Kimlik örneği (varsa)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