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HASTANESİ BAŞHEKİMLİĞİNE</w:t>
      </w:r>
    </w:p>
    <w:p/>
    <w:p>
      <w:pPr>
        <w:jc w:val="center"/>
      </w:pPr>
      <w:r>
        <w:t>Konu: Hastane İçi Yer Değişikliği Talebi</w:t>
      </w:r>
    </w:p>
    <w:p/>
    <w:p>
      <w:r>
        <w:t>.../.../20.... tarihinden beri ................................................ biriminde,</w:t>
      </w:r>
    </w:p>
    <w:p>
      <w:r>
        <w:t>................................................ unvanıyla görev yapmaktayım.</w:t>
      </w:r>
    </w:p>
    <w:p>
      <w:r>
        <w:t>Aşağıda belirtilen gerekçeler kapsamında görev yerimin ................................</w:t>
      </w:r>
    </w:p>
    <w:p>
      <w:r>
        <w:t>birimine/servisine/bölümüne alınmasını talep ederim.</w:t>
      </w:r>
    </w:p>
    <w:p/>
    <w:p>
      <w:r>
        <w:t>Mevcut Birim/Servis : ________________________________</w:t>
      </w:r>
    </w:p>
    <w:p>
      <w:r>
        <w:t>Talep Edilen Birim/Servis : ___________________________</w:t>
      </w:r>
    </w:p>
    <w:p>
      <w:r>
        <w:t>Çalışma Şekli (gündüz/nöbet vb.) : ____________________</w:t>
      </w:r>
    </w:p>
    <w:p>
      <w:r>
        <w:t>Talep Edilen Başlangıç Tarihi : ____/____/20____</w:t>
      </w:r>
    </w:p>
    <w:p/>
    <w:p>
      <w:r>
        <w:t>Gerekçe:</w:t>
      </w:r>
    </w:p>
    <w:p>
      <w:r>
        <w:t>( ) Hizmetin gereği / iş yükü dengesi</w:t>
      </w:r>
    </w:p>
    <w:p>
      <w:r>
        <w:t>( ) Sağlık mazereti (rapor/heyet raporu eklidir)</w:t>
      </w:r>
    </w:p>
    <w:p>
      <w:r>
        <w:t>( ) Eş/çocuk durumum (ikamet/okul vb.)</w:t>
      </w:r>
    </w:p>
    <w:p>
      <w:r>
        <w:t>( ) Eğitim/akademik program</w:t>
      </w:r>
    </w:p>
    <w:p>
      <w:r>
        <w:t>( ) Engellilik durumu</w:t>
      </w:r>
    </w:p>
    <w:p>
      <w:r>
        <w:t>( ) Diğer: ___________________________________________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Personel</w:t>
      </w:r>
    </w:p>
    <w:p>
      <w:r>
        <w:t>Adı Soyadı : ____________________</w:t>
      </w:r>
    </w:p>
    <w:p>
      <w:r>
        <w:t>T.C. Kimlik No : ________________</w:t>
      </w:r>
    </w:p>
    <w:p>
      <w:r>
        <w:t>Sicil No : ______________________</w:t>
      </w:r>
    </w:p>
    <w:p>
      <w:r>
        <w:t>Görev/Unvan : ___________________</w:t>
      </w:r>
    </w:p>
    <w:p>
      <w:r>
        <w:t>İmza</w:t>
      </w:r>
    </w:p>
    <w:p/>
    <w:p>
      <w:r>
        <w:t>Ekler:</w:t>
      </w:r>
    </w:p>
    <w:p>
      <w:r>
        <w:t>1) Sağlık kurulu/rapor (varsa)</w:t>
      </w:r>
    </w:p>
    <w:p>
      <w:r>
        <w:t>2) İkametgâh/öğrenci belgesi/evlilik cüzdanı (varsa)</w:t>
      </w:r>
    </w:p>
    <w:p>
      <w:r>
        <w:t>3) Görev belgesi/hizmet cetveli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