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A9B16" w14:textId="77777777" w:rsidR="00AE48E1" w:rsidRDefault="00000000">
      <w:pPr>
        <w:jc w:val="center"/>
      </w:pPr>
      <w:r>
        <w:t>................................................. İL/İLÇE</w:t>
      </w:r>
    </w:p>
    <w:p w14:paraId="4E4C6060" w14:textId="2E7F083A" w:rsidR="00AE48E1" w:rsidRDefault="00000000">
      <w:pPr>
        <w:jc w:val="center"/>
      </w:pPr>
      <w:r>
        <w:t>................................................................... HASTANESİ BAŞHEKİMLİĞİNE</w:t>
      </w:r>
    </w:p>
    <w:p w14:paraId="631A245B" w14:textId="77777777" w:rsidR="00AE48E1" w:rsidRDefault="00AE48E1"/>
    <w:p w14:paraId="7CF19CF5" w14:textId="77777777" w:rsidR="00AE48E1" w:rsidRDefault="00000000">
      <w:pPr>
        <w:jc w:val="center"/>
      </w:pPr>
      <w:r>
        <w:t>Konu: Hemşire Servis Değişikliği Talebi</w:t>
      </w:r>
    </w:p>
    <w:p w14:paraId="5C1F6467" w14:textId="77777777" w:rsidR="00AE48E1" w:rsidRDefault="00AE48E1"/>
    <w:p w14:paraId="3B5BB7EF" w14:textId="77777777" w:rsidR="00AE48E1" w:rsidRDefault="00000000">
      <w:r>
        <w:t>Kurumunuzda hemşire kadrosunda görev yapmaktayım. Mevcut görev yerim [................ Servisi] olup, kişisel/mesleki gerekçelerim (ör. ikamet/ulaşım, sağlık, eğitim planı, çalışma saatlerinin uyumu vb.) nedeniyle [................ Servisine] geçiş talep etmekteyim.</w:t>
      </w:r>
    </w:p>
    <w:p w14:paraId="48AC109C" w14:textId="77777777" w:rsidR="00AE48E1" w:rsidRDefault="00000000">
      <w:r>
        <w:t>Hastane işleyişi, kadro/planlama ve hizmet gerekleri gözetilerek uygun görülmesi hâlinde servis/birim değişikliğimin gerçekleştirilmesini; uygun görülmez ise gerekçeli bilgilendirme yapılmasını arz ederim.</w:t>
      </w:r>
    </w:p>
    <w:p w14:paraId="0C0600C6" w14:textId="77777777" w:rsidR="00AE48E1" w:rsidRDefault="00AE48E1"/>
    <w:p w14:paraId="5D586613" w14:textId="77777777" w:rsidR="00AE48E1" w:rsidRDefault="00000000">
      <w:r>
        <w:t>Gereğini arz ederim.</w:t>
      </w:r>
    </w:p>
    <w:p w14:paraId="2350BEF2" w14:textId="77777777" w:rsidR="00AE48E1" w:rsidRDefault="00000000">
      <w:r>
        <w:t>..............., .... / .... / 20....</w:t>
      </w:r>
    </w:p>
    <w:p w14:paraId="6BBA0DCC" w14:textId="77777777" w:rsidR="00AE48E1" w:rsidRDefault="00AE48E1"/>
    <w:p w14:paraId="5BB03AAD" w14:textId="77777777" w:rsidR="00AE48E1" w:rsidRDefault="00000000">
      <w:r>
        <w:t>[Personel/Hemşire]</w:t>
      </w:r>
    </w:p>
    <w:p w14:paraId="12C7EA86" w14:textId="77777777" w:rsidR="00AE48E1" w:rsidRDefault="00000000">
      <w:r>
        <w:t>Adı Soyadı : ______ · T.C. Kimlik No : ______ · Sicil No : ______ · Birim/Unvan : ______ · Adres / Telefon / E‑posta · İmza</w:t>
      </w:r>
    </w:p>
    <w:p w14:paraId="1A7CCAD5" w14:textId="77777777" w:rsidR="00AE48E1" w:rsidRDefault="00AE48E1"/>
    <w:p w14:paraId="407E110A" w14:textId="77777777" w:rsidR="00AE48E1" w:rsidRDefault="00000000">
      <w:r>
        <w:t>Ekler:</w:t>
      </w:r>
    </w:p>
    <w:p w14:paraId="3F60874C" w14:textId="77777777" w:rsidR="00AE48E1" w:rsidRDefault="00000000">
      <w:r>
        <w:t>1) (Varsa) Sağlık raporu/mazeret belgesi</w:t>
      </w:r>
    </w:p>
    <w:p w14:paraId="75334034" w14:textId="77777777" w:rsidR="00AE48E1" w:rsidRDefault="00000000">
      <w:r>
        <w:t>2) Mevcut nöbet çizelgesi örneği</w:t>
      </w:r>
    </w:p>
    <w:p w14:paraId="4A3303AD" w14:textId="77777777" w:rsidR="00AE48E1" w:rsidRDefault="00000000">
      <w:r>
        <w:t>3) (Varsa) Eğitim/sertifika planı veya görevlendirme yazısı</w:t>
      </w:r>
    </w:p>
    <w:p w14:paraId="2220D632" w14:textId="77777777" w:rsidR="00AE48E1" w:rsidRDefault="00000000">
      <w:r>
        <w:t>4) İkametgâh/Adres belgesi</w:t>
      </w:r>
    </w:p>
    <w:sectPr w:rsidR="00AE48E1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80560214">
    <w:abstractNumId w:val="8"/>
  </w:num>
  <w:num w:numId="2" w16cid:durableId="1218204399">
    <w:abstractNumId w:val="6"/>
  </w:num>
  <w:num w:numId="3" w16cid:durableId="1691880084">
    <w:abstractNumId w:val="5"/>
  </w:num>
  <w:num w:numId="4" w16cid:durableId="1859542803">
    <w:abstractNumId w:val="4"/>
  </w:num>
  <w:num w:numId="5" w16cid:durableId="1685593230">
    <w:abstractNumId w:val="7"/>
  </w:num>
  <w:num w:numId="6" w16cid:durableId="346372338">
    <w:abstractNumId w:val="3"/>
  </w:num>
  <w:num w:numId="7" w16cid:durableId="1022635658">
    <w:abstractNumId w:val="2"/>
  </w:num>
  <w:num w:numId="8" w16cid:durableId="128328782">
    <w:abstractNumId w:val="1"/>
  </w:num>
  <w:num w:numId="9" w16cid:durableId="1730686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B6125"/>
    <w:rsid w:val="004318BF"/>
    <w:rsid w:val="00AA1D8D"/>
    <w:rsid w:val="00AE48E1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86FA7D"/>
  <w14:defaultImageDpi w14:val="300"/>
  <w15:docId w15:val="{21C9B148-3009-432B-9999-56017074E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Yusuf YİĞİT</cp:lastModifiedBy>
  <cp:revision>3</cp:revision>
  <dcterms:created xsi:type="dcterms:W3CDTF">2013-12-23T23:15:00Z</dcterms:created>
  <dcterms:modified xsi:type="dcterms:W3CDTF">2025-08-22T10:15:00Z</dcterms:modified>
  <cp:category/>
</cp:coreProperties>
</file>