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[BANKA ADI] [ŞUBE ADI] Şube Müdürlüğüne</w:t>
      </w:r>
    </w:p>
    <w:p/>
    <w:p>
      <w:pPr>
        <w:jc w:val="center"/>
      </w:pPr>
      <w:r>
        <w:rPr>
          <w:sz w:val="22"/>
        </w:rPr>
        <w:t>Konu: Hesabımdan İzinsiz Para Çekilmesi / İşlem İtirazı</w:t>
      </w:r>
    </w:p>
    <w:p/>
    <w:p>
      <w:pPr>
        <w:jc w:val="left"/>
      </w:pPr>
      <w:r>
        <w:rPr>
          <w:sz w:val="22"/>
        </w:rPr>
        <w:t>Bankanız nezdindeki [IBAN/TR] numaralı hesabımdan, [..../..../20....] tarihinde saat [..:..] civarında bilgim ve rızam dışında [........ TL] tutarında [nakit çekim/havale/eft/fast/kart işlemi] yapılmıştır.</w:t>
      </w:r>
    </w:p>
    <w:p/>
    <w:p>
      <w:pPr>
        <w:jc w:val="left"/>
      </w:pPr>
      <w:r>
        <w:rPr>
          <w:sz w:val="22"/>
        </w:rPr>
        <w:t>Söz konusu işlem(ler)e onay vermediğimi, kartımın/şifrem/internet bankacılığı bilgilerimin üçüncü kişilerce ele geçirilmiş olabileceğini değerlendiriyorum.</w:t>
      </w:r>
    </w:p>
    <w:p/>
    <w:p>
      <w:pPr>
        <w:jc w:val="left"/>
      </w:pPr>
      <w:r>
        <w:rPr>
          <w:sz w:val="22"/>
        </w:rPr>
        <w:t>5464 sayılı Banka Kartları ve Kredi Kartları Kanunu ve ilgili mevzuat uyarınca yetkisiz işlemin araştırılarak; hesabımın güvenliğinin sağlanmasını, itiraza konu tutarın tarafıma iade edilmesini (geçici mahsup dâhil), işlem logları/IP kayıtları ve varsa kamera görüntülerinin incelenmesini ve sonucundan yazılı olarak bilgilendirilmeyi talep ederim.</w:t>
      </w:r>
    </w:p>
    <w:p/>
    <w:p>
      <w:pPr>
        <w:jc w:val="left"/>
      </w:pPr>
      <w:r>
        <w:rPr>
          <w:sz w:val="22"/>
        </w:rPr>
        <w:t>İhtiyaten kartımın ve/veya internet bankacılığı erişimimin geçici olarak kapatılmasını; risk izleme birimine bildirim yapılarak yeni kart/şifre oluşturma süreçlerinde tarafımla iletişime geçilmesini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[Müşteri/Hesap Sahibi]</w:t>
      </w:r>
    </w:p>
    <w:p>
      <w:pPr>
        <w:jc w:val="left"/>
      </w:pPr>
      <w:r>
        <w:rPr>
          <w:sz w:val="22"/>
        </w:rPr>
        <w:t>Adı Soyadı : ______ · T.C. Kimlik No : ______ · Müşteri No : ______ · IBAN : ______ · Adres / Telefon / E‑posta · İmza</w:t>
      </w:r>
    </w:p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İtiraza konu işlem(ler)i gösteren hesap hareket dökümü</w:t>
      </w:r>
    </w:p>
    <w:p>
      <w:pPr>
        <w:jc w:val="left"/>
      </w:pPr>
      <w:r>
        <w:rPr>
          <w:sz w:val="22"/>
        </w:rPr>
        <w:t>3) (Varsa) ATM/POS fişi veya ekran görüntüsü</w:t>
      </w:r>
    </w:p>
    <w:p>
      <w:pPr>
        <w:jc w:val="left"/>
      </w:pPr>
      <w:r>
        <w:rPr>
          <w:sz w:val="22"/>
        </w:rPr>
        <w:t>4) (Varsa) İmza beyannamesi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