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[İLÇE] BELEDİYE BAŞKANLIĞINA</w:t>
      </w:r>
    </w:p>
    <w:p/>
    <w:p>
      <w:pPr>
        <w:jc w:val="center"/>
      </w:pPr>
      <w:r>
        <w:rPr>
          <w:sz w:val="22"/>
        </w:rPr>
        <w:t>Konu: [Talebin Kısa Adı]</w:t>
      </w:r>
    </w:p>
    <w:p/>
    <w:p>
      <w:pPr>
        <w:jc w:val="left"/>
      </w:pPr>
      <w:r>
        <w:rPr>
          <w:sz w:val="22"/>
        </w:rPr>
        <w:t>Belediye hizmet alanına giren [konu/mahiyet] hakkında tarafınıza başvuruda bulunma gereği hasıl olmuştur. [Mahalle/Sokak/Adres] bölgesinde [sorun/istek/öneri] bulunmaktadır.</w:t>
      </w:r>
    </w:p>
    <w:p/>
    <w:p>
      <w:pPr>
        <w:jc w:val="left"/>
      </w:pPr>
      <w:r>
        <w:rPr>
          <w:sz w:val="22"/>
        </w:rPr>
        <w:t>Söz konusu durumun giderilmesi/uygulanması için gerekli inceleme ve çalışmaların yapılmasını; süreç ve sonuç hakkında tarafıma yazılı olarak bilgi verilmesini talep ederim.</w:t>
      </w:r>
    </w:p>
    <w:p/>
    <w:p>
      <w:pPr>
        <w:jc w:val="left"/>
      </w:pPr>
      <w:r>
        <w:rPr>
          <w:sz w:val="22"/>
        </w:rPr>
        <w:t>İletişim ve adres bilgilerim aşağıda sunulmuştur.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İlgili Birim/Referans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Konuya ilişkin fotoğraf/kroki (varsa)</w:t>
      </w:r>
    </w:p>
    <w:p>
      <w:pPr>
        <w:jc w:val="left"/>
      </w:pPr>
      <w:r>
        <w:rPr>
          <w:sz w:val="22"/>
        </w:rPr>
        <w:t>2) Adres/konum bilgisi (varsa e-Devlet/NUMARATAJ çıktısı)</w:t>
      </w:r>
    </w:p>
    <w:p>
      <w:pPr>
        <w:jc w:val="left"/>
      </w:pPr>
      <w:r>
        <w:rPr>
          <w:sz w:val="22"/>
        </w:rPr>
        <w:t>3) (Varsa) Ön başvuru/şikâyet kayıtları</w:t>
      </w:r>
    </w:p>
    <w:p>
      <w:pPr>
        <w:jc w:val="left"/>
      </w:pPr>
      <w:r>
        <w:rPr>
          <w:sz w:val="22"/>
        </w:rPr>
        <w:t>4) Kimlik fotokopisi (gerekirse)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