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sz w:val="22"/>
        </w:rPr>
        <w:t>ENGLISH BUSINESS VISA PETITION TEMPLATE</w:t>
      </w:r>
    </w:p>
    <w:p/>
    <w:p>
      <w:pPr>
        <w:jc w:val="center"/>
      </w:pPr>
      <w:r>
        <w:rPr>
          <w:sz w:val="22"/>
        </w:rPr>
        <w:t>................................................. CITY / DISTRICT</w:t>
      </w:r>
    </w:p>
    <w:p>
      <w:pPr>
        <w:jc w:val="center"/>
      </w:pPr>
      <w:r>
        <w:rPr>
          <w:sz w:val="22"/>
        </w:rPr>
        <w:t>................................................. [EMBASSY/CONSULATE GENERAL OF COUNTRY] – Visa Section</w:t>
      </w:r>
    </w:p>
    <w:p/>
    <w:p>
      <w:pPr>
        <w:jc w:val="center"/>
      </w:pPr>
      <w:r>
        <w:rPr>
          <w:sz w:val="22"/>
        </w:rPr>
        <w:t>Subject: Business Visa Application – [Applicant Name] / [Travel Dates]</w:t>
      </w:r>
    </w:p>
    <w:p/>
    <w:p>
      <w:pPr>
        <w:jc w:val="left"/>
      </w:pPr>
      <w:r>
        <w:rPr>
          <w:sz w:val="22"/>
        </w:rPr>
        <w:t>I am applying for a Business (C) Visa to travel to [Country] between [Start Date] and [End Date] to attend [meetings/negotiations/trade fair – name of event] hosted by [Inviting Company].</w:t>
      </w:r>
    </w:p>
    <w:p/>
    <w:p>
      <w:pPr>
        <w:jc w:val="left"/>
      </w:pPr>
      <w:r>
        <w:rPr>
          <w:sz w:val="22"/>
        </w:rPr>
        <w:t>During my stay, I will visit [city names] for business meetings with our partners. My employer, [Employer Name], will cover all expenses including travel, accommodation and insurance. I will return to Turkey at the end of the visit as per the itinerary.</w:t>
      </w:r>
    </w:p>
    <w:p/>
    <w:p>
      <w:pPr>
        <w:jc w:val="left"/>
      </w:pPr>
      <w:r>
        <w:rPr>
          <w:sz w:val="22"/>
        </w:rPr>
        <w:t>I have attached my invitation letter, employment letter and other supporting documents listed below. I kindly request that my application be evaluated and that the visa be issued for the stated travel dates.</w:t>
      </w:r>
    </w:p>
    <w:p/>
    <w:p>
      <w:pPr>
        <w:jc w:val="left"/>
      </w:pPr>
      <w:r>
        <w:rPr>
          <w:sz w:val="22"/>
        </w:rPr>
        <w:t>Respectfully submitted.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[Applicant]</w:t>
      </w:r>
    </w:p>
    <w:p>
      <w:pPr>
        <w:jc w:val="left"/>
      </w:pPr>
      <w:r>
        <w:rPr>
          <w:sz w:val="22"/>
        </w:rPr>
        <w:t>Full Name : ______</w:t>
      </w:r>
    </w:p>
    <w:p>
      <w:pPr>
        <w:jc w:val="left"/>
      </w:pPr>
      <w:r>
        <w:rPr>
          <w:sz w:val="22"/>
        </w:rPr>
        <w:t>Passport No : ______</w:t>
      </w:r>
    </w:p>
    <w:p>
      <w:pPr>
        <w:jc w:val="left"/>
      </w:pPr>
      <w:r>
        <w:rPr>
          <w:sz w:val="22"/>
        </w:rPr>
        <w:t>Position/Employer : ______</w:t>
      </w:r>
    </w:p>
    <w:p>
      <w:pPr>
        <w:jc w:val="left"/>
      </w:pPr>
      <w:r>
        <w:rPr>
          <w:sz w:val="22"/>
        </w:rPr>
        <w:t>Address : ______</w:t>
      </w:r>
    </w:p>
    <w:p>
      <w:pPr>
        <w:jc w:val="left"/>
      </w:pPr>
      <w:r>
        <w:rPr>
          <w:sz w:val="22"/>
        </w:rPr>
        <w:t>Phone : ______</w:t>
      </w:r>
    </w:p>
    <w:p>
      <w:pPr>
        <w:jc w:val="left"/>
      </w:pPr>
      <w:r>
        <w:rPr>
          <w:sz w:val="22"/>
        </w:rPr>
        <w:t>E‑mail : ______</w:t>
      </w:r>
    </w:p>
    <w:p>
      <w:pPr>
        <w:jc w:val="left"/>
      </w:pPr>
      <w:r>
        <w:rPr>
          <w:sz w:val="22"/>
        </w:rPr>
        <w:t>Signature</w:t>
      </w:r>
    </w:p>
    <w:p/>
    <w:p/>
    <w:p/>
    <w:p/>
    <w:p/>
    <w:p>
      <w:pPr>
        <w:jc w:val="left"/>
      </w:pPr>
      <w:r>
        <w:rPr>
          <w:sz w:val="22"/>
        </w:rPr>
        <w:t>Attachments:</w:t>
      </w:r>
    </w:p>
    <w:p>
      <w:pPr>
        <w:jc w:val="left"/>
      </w:pPr>
      <w:r>
        <w:rPr>
          <w:sz w:val="22"/>
        </w:rPr>
        <w:t>1) Invitation letter from [Inviting Company]</w:t>
      </w:r>
    </w:p>
    <w:p>
      <w:pPr>
        <w:jc w:val="left"/>
      </w:pPr>
      <w:r>
        <w:rPr>
          <w:sz w:val="22"/>
        </w:rPr>
        <w:t>2) Employment letter &amp; SGK records (if applicable)</w:t>
      </w:r>
    </w:p>
    <w:p>
      <w:pPr>
        <w:jc w:val="left"/>
      </w:pPr>
      <w:r>
        <w:rPr>
          <w:sz w:val="22"/>
        </w:rPr>
        <w:t>3) Company documents (Trade Registry Gazette/Tax Certificate)</w:t>
      </w:r>
    </w:p>
    <w:p>
      <w:pPr>
        <w:jc w:val="left"/>
      </w:pPr>
      <w:r>
        <w:rPr>
          <w:sz w:val="22"/>
        </w:rPr>
        <w:t>4) Flight reservation &amp; hotel booking</w:t>
      </w:r>
    </w:p>
    <w:p>
      <w:pPr>
        <w:jc w:val="left"/>
      </w:pPr>
      <w:r>
        <w:rPr>
          <w:sz w:val="22"/>
        </w:rPr>
        <w:t>5) Travel health insurance</w:t>
      </w:r>
    </w:p>
    <w:p>
      <w:pPr>
        <w:jc w:val="left"/>
      </w:pPr>
      <w:r>
        <w:rPr>
          <w:sz w:val="22"/>
        </w:rPr>
        <w:t>6) Bank statements (last 3 months)</w:t>
      </w:r>
    </w:p>
    <w:p>
      <w:pPr>
        <w:jc w:val="left"/>
      </w:pPr>
      <w:r>
        <w:rPr>
          <w:sz w:val="22"/>
        </w:rPr>
        <w:t>7) Copy of passport (bio page)</w:t>
      </w:r>
    </w:p>
    <w:p/>
    <w:p/>
    <w:p>
      <w:pPr>
        <w:jc w:val="left"/>
      </w:pPr>
      <w:r>
        <w:rPr>
          <w:sz w:val="22"/>
        </w:rPr>
        <w:t>TÜRKÇE TİCARİ VİZE DİLEKÇE ŞABLONU</w:t>
      </w:r>
    </w:p>
    <w:p/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[ÜLKE BÜYÜKELÇİLİĞİ/BAŞKONSOLOSLUĞU] – Vize Bölümü</w:t>
      </w:r>
    </w:p>
    <w:p/>
    <w:p>
      <w:pPr>
        <w:jc w:val="center"/>
      </w:pPr>
      <w:r>
        <w:rPr>
          <w:sz w:val="22"/>
        </w:rPr>
        <w:t>Konu: Ticari Vize Başvurusu – [Ad Soyad] / [Seyahat Tarihleri]</w:t>
      </w:r>
    </w:p>
    <w:p/>
    <w:p>
      <w:pPr>
        <w:jc w:val="left"/>
      </w:pPr>
      <w:r>
        <w:rPr>
          <w:sz w:val="22"/>
        </w:rPr>
        <w:t>[Ülke]’ye [Başlangıç Tarihi] – [Bitiş Tarihi] tarihleri arasında; [Davetçi Şirket] ev sahipliğinde düzenlenen [toplantılar/görüşmeler/fuar – etkinlik adı] kapsamında seyahat etmeyi planlıyorum. Bu nedenle ticari (C) vize talep ediyorum.</w:t>
      </w:r>
    </w:p>
    <w:p/>
    <w:p>
      <w:pPr>
        <w:jc w:val="left"/>
      </w:pPr>
      <w:r>
        <w:rPr>
          <w:sz w:val="22"/>
        </w:rPr>
        <w:t>Seyahat süresince [şehir adları] ziyaret edilecek olup iş ortaklarımızla toplantılar yapılacaktır. Tüm masraflarım (ulaşım, konaklama, sigorta) işverenim [İşveren Adı] tarafından karşılanacaktır. Belirlenen tarihlerde Türkiye’ye dönüş yapacağım.</w:t>
      </w:r>
    </w:p>
    <w:p/>
    <w:p>
      <w:pPr>
        <w:jc w:val="left"/>
      </w:pPr>
      <w:r>
        <w:rPr>
          <w:sz w:val="22"/>
        </w:rPr>
        <w:t>Davet yazısı, çalıştığıma dair yazı ve destekleyici belgeler ektedir. Başvurumun değerlendirilerek belirtilen tarihler için vize düzenlenmesini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Pasaport No : ______</w:t>
      </w:r>
    </w:p>
    <w:p>
      <w:pPr>
        <w:jc w:val="left"/>
      </w:pPr>
      <w:r>
        <w:rPr>
          <w:sz w:val="22"/>
        </w:rPr>
        <w:t>Görev/İşveren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[Davetçi Şirket] davet yazısı</w:t>
      </w:r>
    </w:p>
    <w:p>
      <w:pPr>
        <w:jc w:val="left"/>
      </w:pPr>
      <w:r>
        <w:rPr>
          <w:sz w:val="22"/>
        </w:rPr>
        <w:t>2) Çalıştığına dair yazı &amp; SGK kayıtları (varsa)</w:t>
      </w:r>
    </w:p>
    <w:p>
      <w:pPr>
        <w:jc w:val="left"/>
      </w:pPr>
      <w:r>
        <w:rPr>
          <w:sz w:val="22"/>
        </w:rPr>
        <w:t>3) Şirket evrakları (Ticaret Sicil Gazetesi/Vergi Levhası)</w:t>
      </w:r>
    </w:p>
    <w:p>
      <w:pPr>
        <w:jc w:val="left"/>
      </w:pPr>
      <w:r>
        <w:rPr>
          <w:sz w:val="22"/>
        </w:rPr>
        <w:t>4) Uçak rezervasyonu ve otel bilgisi</w:t>
      </w:r>
    </w:p>
    <w:p>
      <w:pPr>
        <w:jc w:val="left"/>
      </w:pPr>
      <w:r>
        <w:rPr>
          <w:sz w:val="22"/>
        </w:rPr>
        <w:t>5) Seyahat sağlık sigortası</w:t>
      </w:r>
    </w:p>
    <w:p>
      <w:pPr>
        <w:jc w:val="left"/>
      </w:pPr>
      <w:r>
        <w:rPr>
          <w:sz w:val="22"/>
        </w:rPr>
        <w:t>6) Banka hesap dökümleri (son 3 ay)</w:t>
      </w:r>
    </w:p>
    <w:p>
      <w:pPr>
        <w:jc w:val="left"/>
      </w:pPr>
      <w:r>
        <w:rPr>
          <w:sz w:val="22"/>
        </w:rPr>
        <w:t>7) Pasaport kimlik sayfası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