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sz w:val="22"/>
        </w:rPr>
        <w:t>ENGLISH VISA APPLICATION PETITION TEMPLATE</w:t>
      </w:r>
    </w:p>
    <w:p/>
    <w:p>
      <w:pPr>
        <w:jc w:val="center"/>
      </w:pPr>
      <w:r>
        <w:rPr>
          <w:sz w:val="22"/>
        </w:rPr>
        <w:t>................................................. CITY / DISTRICT</w:t>
      </w:r>
    </w:p>
    <w:p>
      <w:pPr>
        <w:jc w:val="center"/>
      </w:pPr>
      <w:r>
        <w:rPr>
          <w:sz w:val="22"/>
        </w:rPr>
        <w:t>................................................. [EMBASSY/CONSULATE GENERAL OF COUNTRY] – Visa Section</w:t>
      </w:r>
    </w:p>
    <w:p/>
    <w:p>
      <w:pPr>
        <w:jc w:val="center"/>
      </w:pPr>
      <w:r>
        <w:rPr>
          <w:sz w:val="22"/>
        </w:rPr>
        <w:t>Subject: Visa Application – [Applicant Name] / [Travel Dates]</w:t>
      </w:r>
    </w:p>
    <w:p/>
    <w:p>
      <w:pPr>
        <w:jc w:val="left"/>
      </w:pPr>
      <w:r>
        <w:rPr>
          <w:sz w:val="22"/>
        </w:rPr>
        <w:t>I am applying for a [Tourist/Family Visit/Business/Training] Visa to travel to [Country] between [Start Date] and [End Date]. The purpose of my trip is [brief explanation e.g., tourism/visiting relatives/meetings/training].</w:t>
      </w:r>
    </w:p>
    <w:p/>
    <w:p>
      <w:pPr>
        <w:jc w:val="left"/>
      </w:pPr>
      <w:r>
        <w:rPr>
          <w:sz w:val="22"/>
        </w:rPr>
        <w:t>I will follow the itinerary attached and stay at [hotel/address]. My travel, accommodation and insurance expenses will be covered by [myself/my employer/sponsor: Name]. I undertake to return to Turkey at the end of my visit. I am currently [employed/student] at [institution/company] and have ongoing ties and obligations in Turkey.</w:t>
      </w:r>
    </w:p>
    <w:p/>
    <w:p>
      <w:pPr>
        <w:jc w:val="left"/>
      </w:pPr>
      <w:r>
        <w:rPr>
          <w:sz w:val="22"/>
        </w:rPr>
        <w:t>I have attached the required documents listed below. I kindly request that my application be evaluated and that a visa be issued for the stated travel dates.</w:t>
      </w:r>
    </w:p>
    <w:p/>
    <w:p>
      <w:pPr>
        <w:jc w:val="left"/>
      </w:pPr>
      <w:r>
        <w:rPr>
          <w:sz w:val="22"/>
        </w:rPr>
        <w:t>Respectfully submitted.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[Applicant]</w:t>
      </w:r>
    </w:p>
    <w:p>
      <w:pPr>
        <w:jc w:val="left"/>
      </w:pPr>
      <w:r>
        <w:rPr>
          <w:sz w:val="22"/>
        </w:rPr>
        <w:t>Full Name : ______</w:t>
      </w:r>
    </w:p>
    <w:p>
      <w:pPr>
        <w:jc w:val="left"/>
      </w:pPr>
      <w:r>
        <w:rPr>
          <w:sz w:val="22"/>
        </w:rPr>
        <w:t>Passport No : ______</w:t>
      </w:r>
    </w:p>
    <w:p>
      <w:pPr>
        <w:jc w:val="left"/>
      </w:pPr>
      <w:r>
        <w:rPr>
          <w:sz w:val="22"/>
        </w:rPr>
        <w:t>Occupation/Employer or School : ______</w:t>
      </w:r>
    </w:p>
    <w:p>
      <w:pPr>
        <w:jc w:val="left"/>
      </w:pPr>
      <w:r>
        <w:rPr>
          <w:sz w:val="22"/>
        </w:rPr>
        <w:t>Address : ______</w:t>
      </w:r>
    </w:p>
    <w:p>
      <w:pPr>
        <w:jc w:val="left"/>
      </w:pPr>
      <w:r>
        <w:rPr>
          <w:sz w:val="22"/>
        </w:rPr>
        <w:t>Phone : ______</w:t>
      </w:r>
    </w:p>
    <w:p>
      <w:pPr>
        <w:jc w:val="left"/>
      </w:pPr>
      <w:r>
        <w:rPr>
          <w:sz w:val="22"/>
        </w:rPr>
        <w:t>E‑mail : ______</w:t>
      </w:r>
    </w:p>
    <w:p>
      <w:pPr>
        <w:jc w:val="left"/>
      </w:pPr>
      <w:r>
        <w:rPr>
          <w:sz w:val="22"/>
        </w:rPr>
        <w:t>Signature</w:t>
      </w:r>
    </w:p>
    <w:p/>
    <w:p/>
    <w:p/>
    <w:p/>
    <w:p/>
    <w:p>
      <w:pPr>
        <w:jc w:val="left"/>
      </w:pPr>
      <w:r>
        <w:rPr>
          <w:sz w:val="22"/>
        </w:rPr>
        <w:t>Attachments:</w:t>
      </w:r>
    </w:p>
    <w:p>
      <w:pPr>
        <w:jc w:val="left"/>
      </w:pPr>
      <w:r>
        <w:rPr>
          <w:sz w:val="22"/>
        </w:rPr>
        <w:t>1) Completed visa application form</w:t>
      </w:r>
    </w:p>
    <w:p>
      <w:pPr>
        <w:jc w:val="left"/>
      </w:pPr>
      <w:r>
        <w:rPr>
          <w:sz w:val="22"/>
        </w:rPr>
        <w:t>2) Passport copy (bio page) and photos</w:t>
      </w:r>
    </w:p>
    <w:p>
      <w:pPr>
        <w:jc w:val="left"/>
      </w:pPr>
      <w:r>
        <w:rPr>
          <w:sz w:val="22"/>
        </w:rPr>
        <w:t>3) Flight reservation &amp; hotel booking / invitation letter (if applicable)</w:t>
      </w:r>
    </w:p>
    <w:p>
      <w:pPr>
        <w:jc w:val="left"/>
      </w:pPr>
      <w:r>
        <w:rPr>
          <w:sz w:val="22"/>
        </w:rPr>
        <w:t>4) Travel health insurance</w:t>
      </w:r>
    </w:p>
    <w:p>
      <w:pPr>
        <w:jc w:val="left"/>
      </w:pPr>
      <w:r>
        <w:rPr>
          <w:sz w:val="22"/>
        </w:rPr>
        <w:t>5) Bank statements (last 3 months)</w:t>
      </w:r>
    </w:p>
    <w:p>
      <w:pPr>
        <w:jc w:val="left"/>
      </w:pPr>
      <w:r>
        <w:rPr>
          <w:sz w:val="22"/>
        </w:rPr>
        <w:t>6) Employment/student letter &amp; SGK records (if applicable)</w:t>
      </w:r>
    </w:p>
    <w:p>
      <w:pPr>
        <w:jc w:val="left"/>
      </w:pPr>
      <w:r>
        <w:rPr>
          <w:sz w:val="22"/>
        </w:rPr>
        <w:t>7) Population registration / proof of family ties (if applicable)</w:t>
      </w:r>
    </w:p>
    <w:p/>
    <w:p/>
    <w:p>
      <w:pPr>
        <w:jc w:val="left"/>
      </w:pPr>
      <w:r>
        <w:rPr>
          <w:sz w:val="22"/>
        </w:rPr>
        <w:t>TÜRKÇE VİZE BAŞVURU DİLEKÇE ŞABLONU</w:t>
      </w:r>
    </w:p>
    <w:p/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[ÜLKE BÜYÜKELÇİLİĞİ/BAŞKONSOLOSLUĞU] – Vize Bölümü</w:t>
      </w:r>
    </w:p>
    <w:p/>
    <w:p>
      <w:pPr>
        <w:jc w:val="center"/>
      </w:pPr>
      <w:r>
        <w:rPr>
          <w:sz w:val="22"/>
        </w:rPr>
        <w:t>Konu: Vize Başvurusu – [Ad Soyad] / [Seyahat Tarihleri]</w:t>
      </w:r>
    </w:p>
    <w:p/>
    <w:p>
      <w:pPr>
        <w:jc w:val="left"/>
      </w:pPr>
      <w:r>
        <w:rPr>
          <w:sz w:val="22"/>
        </w:rPr>
        <w:t>[Ülke]’ye [Başlangıç Tarihi] – [Bitiş Tarihi] tarihleri arasında [Turistik/Aile Ziyareti/Ticari/Eğitim] amaçlı seyahat edeceğim. Seyahatin amacı: [kısa açıklama – turizm/akraba ziyareti/toplantılar/eğitim].</w:t>
      </w:r>
    </w:p>
    <w:p/>
    <w:p>
      <w:pPr>
        <w:jc w:val="left"/>
      </w:pPr>
      <w:r>
        <w:rPr>
          <w:sz w:val="22"/>
        </w:rPr>
        <w:t>Ekli seyahat planına uyacağım ve [otel/adres] konaklayacağım. Ulaşım, konaklama ve sigorta giderlerim [kendim/işverenim/sponsor: Ad Soyad/Unvan] tarafından karşılanacaktır. Ziyaret bitiminde Türkiye’ye döneceğimi taahhüt ederim. Hâlen [çalışıyorum/öğrenciyim] – [kurum/şirket adı]; Türkiye’de devam eden bağ ve yükümlülüklerim bulunmaktadır.</w:t>
      </w:r>
    </w:p>
    <w:p/>
    <w:p>
      <w:pPr>
        <w:jc w:val="left"/>
      </w:pPr>
      <w:r>
        <w:rPr>
          <w:sz w:val="22"/>
        </w:rPr>
        <w:t>Gerekli belgeler ekte sunulmuştur. Başvurumun değerlendirilerek belirtilen tarihler için vize düzenlenmesini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Pasaport No : ______</w:t>
      </w:r>
    </w:p>
    <w:p>
      <w:pPr>
        <w:jc w:val="left"/>
      </w:pPr>
      <w:r>
        <w:rPr>
          <w:sz w:val="22"/>
        </w:rPr>
        <w:t>Meslek/İşveren veya Okul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Doldurulmuş vize başvuru formu</w:t>
      </w:r>
    </w:p>
    <w:p>
      <w:pPr>
        <w:jc w:val="left"/>
      </w:pPr>
      <w:r>
        <w:rPr>
          <w:sz w:val="22"/>
        </w:rPr>
        <w:t>2) Pasaport fotokopisi (kimlik sayfası) ve fotoğraflar</w:t>
      </w:r>
    </w:p>
    <w:p>
      <w:pPr>
        <w:jc w:val="left"/>
      </w:pPr>
      <w:r>
        <w:rPr>
          <w:sz w:val="22"/>
        </w:rPr>
        <w:t>3) Uçak ve otel rezervasyonu / davet mektubu (varsa)</w:t>
      </w:r>
    </w:p>
    <w:p>
      <w:pPr>
        <w:jc w:val="left"/>
      </w:pPr>
      <w:r>
        <w:rPr>
          <w:sz w:val="22"/>
        </w:rPr>
        <w:t>4) Seyahat sağlık sigortası</w:t>
      </w:r>
    </w:p>
    <w:p>
      <w:pPr>
        <w:jc w:val="left"/>
      </w:pPr>
      <w:r>
        <w:rPr>
          <w:sz w:val="22"/>
        </w:rPr>
        <w:t>5) Banka hesap dökümleri (son 3 ay)</w:t>
      </w:r>
    </w:p>
    <w:p>
      <w:pPr>
        <w:jc w:val="left"/>
      </w:pPr>
      <w:r>
        <w:rPr>
          <w:sz w:val="22"/>
        </w:rPr>
        <w:t>6) Çalışma/öğrenci belgesi ve SGK kayıtları (varsa)</w:t>
      </w:r>
    </w:p>
    <w:p>
      <w:pPr>
        <w:jc w:val="left"/>
      </w:pPr>
      <w:r>
        <w:rPr>
          <w:sz w:val="22"/>
        </w:rPr>
        <w:t>7) Nüfus kayıt örneği / aile bağlarını gösterir belgeler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