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sz w:val="22"/>
        </w:rPr>
        <w:t>ENGLISH UK VISA SPONSORSHIP LETTER TEMPLATE</w:t>
      </w:r>
    </w:p>
    <w:p/>
    <w:p>
      <w:pPr>
        <w:jc w:val="center"/>
      </w:pPr>
      <w:r>
        <w:rPr>
          <w:sz w:val="22"/>
        </w:rPr>
        <w:t>................................................. CITY / DISTRICT</w:t>
      </w:r>
    </w:p>
    <w:p>
      <w:pPr>
        <w:jc w:val="center"/>
      </w:pPr>
      <w:r>
        <w:rPr>
          <w:sz w:val="22"/>
        </w:rPr>
        <w:t>................................................. [BRITISH EMBASSY / ISTANBUL CONSULATE GENERAL] – Visa Section</w:t>
      </w:r>
    </w:p>
    <w:p/>
    <w:p>
      <w:pPr>
        <w:jc w:val="center"/>
      </w:pPr>
      <w:r>
        <w:rPr>
          <w:sz w:val="22"/>
        </w:rPr>
        <w:t>Subject: Sponsorship Letter for UK Visitor Visa – [Applicant Name] / [Travel Dates]</w:t>
      </w:r>
    </w:p>
    <w:p/>
    <w:p>
      <w:pPr>
        <w:jc w:val="left"/>
      </w:pPr>
      <w:r>
        <w:rPr>
          <w:sz w:val="22"/>
        </w:rPr>
        <w:t>I am writing as the sponsor of [Applicant Name], passport no [_______], who intends to visit the United Kingdom between [Start Date] and [End Date] for [tourism/family visit/business]. Our relationship is [e.g., spouse/parent/sibling/friend/employee].</w:t>
      </w:r>
    </w:p>
    <w:p/>
    <w:p>
      <w:pPr>
        <w:jc w:val="left"/>
      </w:pPr>
      <w:r>
        <w:rPr>
          <w:sz w:val="22"/>
        </w:rPr>
        <w:t>I undertake to cover all travel, accommodation and local expenses during the visit. The applicant will stay at [my residence/hotel] located at [full address]. I will ensure compliance with the immigration rules and confirm that the applicant will return to Turkey at the end of the visit.</w:t>
      </w:r>
    </w:p>
    <w:p/>
    <w:p>
      <w:pPr>
        <w:jc w:val="left"/>
      </w:pPr>
      <w:r>
        <w:rPr>
          <w:sz w:val="22"/>
        </w:rPr>
        <w:t>My personal details are as follows: Full name [_______], Passport/ID/BRP no [_______], occupation/employer [_______], address [_______], phone [_______], e‑mail [_______]. I have attached my bank statements (last 6 months), payslips/employer letter or self‑employment documents, proof of address (tenancy/title deed/bill) and a copy of my passport/BRP.</w:t>
      </w:r>
    </w:p>
    <w:p/>
    <w:p>
      <w:pPr>
        <w:jc w:val="left"/>
      </w:pPr>
      <w:r>
        <w:rPr>
          <w:sz w:val="22"/>
        </w:rPr>
        <w:t>I kindly request that the application be evaluated and that a visitor visa be issued for the stated travel dates.</w:t>
      </w:r>
    </w:p>
    <w:p/>
    <w:p>
      <w:pPr>
        <w:jc w:val="left"/>
      </w:pPr>
      <w:r>
        <w:rPr>
          <w:sz w:val="22"/>
        </w:rPr>
        <w:t>Respectfully submitted.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[Sponsor]</w:t>
      </w:r>
    </w:p>
    <w:p>
      <w:pPr>
        <w:jc w:val="left"/>
      </w:pPr>
      <w:r>
        <w:rPr>
          <w:sz w:val="22"/>
        </w:rPr>
        <w:t>Full Name : ______</w:t>
      </w:r>
    </w:p>
    <w:p>
      <w:pPr>
        <w:jc w:val="left"/>
      </w:pPr>
      <w:r>
        <w:rPr>
          <w:sz w:val="22"/>
        </w:rPr>
        <w:t>Passport/ID/BRP No : ______</w:t>
      </w:r>
    </w:p>
    <w:p>
      <w:pPr>
        <w:jc w:val="left"/>
      </w:pPr>
      <w:r>
        <w:rPr>
          <w:sz w:val="22"/>
        </w:rPr>
        <w:t>Address : ______</w:t>
      </w:r>
    </w:p>
    <w:p>
      <w:pPr>
        <w:jc w:val="left"/>
      </w:pPr>
      <w:r>
        <w:rPr>
          <w:sz w:val="22"/>
        </w:rPr>
        <w:t>Phone : ______</w:t>
      </w:r>
    </w:p>
    <w:p>
      <w:pPr>
        <w:jc w:val="left"/>
      </w:pPr>
      <w:r>
        <w:rPr>
          <w:sz w:val="22"/>
        </w:rPr>
        <w:t>E‑mail : ______</w:t>
      </w:r>
    </w:p>
    <w:p>
      <w:pPr>
        <w:jc w:val="left"/>
      </w:pPr>
      <w:r>
        <w:rPr>
          <w:sz w:val="22"/>
        </w:rPr>
        <w:t>Signature</w:t>
      </w:r>
    </w:p>
    <w:p/>
    <w:p/>
    <w:p/>
    <w:p/>
    <w:p/>
    <w:p>
      <w:pPr>
        <w:jc w:val="left"/>
      </w:pPr>
      <w:r>
        <w:rPr>
          <w:sz w:val="22"/>
        </w:rPr>
        <w:t>Attachments:</w:t>
      </w:r>
    </w:p>
    <w:p>
      <w:pPr>
        <w:jc w:val="left"/>
      </w:pPr>
      <w:r>
        <w:rPr>
          <w:sz w:val="22"/>
        </w:rPr>
        <w:t>1) Sponsor passport/ID/BRP copy</w:t>
      </w:r>
    </w:p>
    <w:p>
      <w:pPr>
        <w:jc w:val="left"/>
      </w:pPr>
      <w:r>
        <w:rPr>
          <w:sz w:val="22"/>
        </w:rPr>
        <w:t>2) Bank statements (last 6 months) and payslips/employer letter</w:t>
      </w:r>
    </w:p>
    <w:p>
      <w:pPr>
        <w:jc w:val="left"/>
      </w:pPr>
      <w:r>
        <w:rPr>
          <w:sz w:val="22"/>
        </w:rPr>
        <w:t>3) Proof of address (tenancy agreement/title deed/utility bill)</w:t>
      </w:r>
    </w:p>
    <w:p>
      <w:pPr>
        <w:jc w:val="left"/>
      </w:pPr>
      <w:r>
        <w:rPr>
          <w:sz w:val="22"/>
        </w:rPr>
        <w:t>4) Evidence of relationship (civil registry, photos, correspondence)</w:t>
      </w:r>
    </w:p>
    <w:p>
      <w:pPr>
        <w:jc w:val="left"/>
      </w:pPr>
      <w:r>
        <w:rPr>
          <w:sz w:val="22"/>
        </w:rPr>
        <w:t>5) Applicant’s passport copy and travel plan</w:t>
      </w:r>
    </w:p>
    <w:p>
      <w:pPr>
        <w:jc w:val="left"/>
      </w:pPr>
      <w:r>
        <w:rPr>
          <w:sz w:val="22"/>
        </w:rPr>
        <w:t>6) Accommodation booking (if not staying with sponsor)</w:t>
      </w:r>
    </w:p>
    <w:p/>
    <w:p/>
    <w:p>
      <w:pPr>
        <w:jc w:val="left"/>
      </w:pPr>
      <w:r>
        <w:rPr>
          <w:sz w:val="22"/>
        </w:rPr>
        <w:t>TÜRKÇE İNGİLTERE VİZE SPONSOR DİLEKÇE ŞABLONU</w:t>
      </w:r>
    </w:p>
    <w:p/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[BİRLEŞİK KRALLIK BÜYÜKELÇİLİĞİ / İSTANBUL BAŞKONSOLOSLUĞU] – Vize Bölümü</w:t>
      </w:r>
    </w:p>
    <w:p/>
    <w:p>
      <w:pPr>
        <w:jc w:val="center"/>
      </w:pPr>
      <w:r>
        <w:rPr>
          <w:sz w:val="22"/>
        </w:rPr>
        <w:t>Konu: Birleşik Krallık Ziyaretçi Vizesi Sponsorluk Yazısı – [Başvuru Sahibi Ad Soyad] / [Seyahat Tarihleri]</w:t>
      </w:r>
    </w:p>
    <w:p/>
    <w:p>
      <w:pPr>
        <w:jc w:val="left"/>
      </w:pPr>
      <w:r>
        <w:rPr>
          <w:sz w:val="22"/>
        </w:rPr>
        <w:t>[Başvuru Sahibi Ad Soyad] (Pasaport No: [_______])’ın [Başlangıç Tarihi] – [Bitiş Tarihi] tarihleri arasında Birleşik Krallık’a [turistik/aile ziyareti/ticari] amaçlı yapacağı seyahati için sponsor olacağımı beyan ederim. Aramızdaki ilişki: [ör. eş/ebeveyn/kardeş/arkadaş/işveren].</w:t>
      </w:r>
    </w:p>
    <w:p/>
    <w:p>
      <w:pPr>
        <w:jc w:val="left"/>
      </w:pPr>
      <w:r>
        <w:rPr>
          <w:sz w:val="22"/>
        </w:rPr>
        <w:t>Ziyaret süresince ulaşım, konaklama ve diğer yerel giderler tarafımdan karşılanacaktır. Başvuru sahibi [ikamet adresim/otel] olan [adres]’te konaklayacaktır. Göçmenlik kurallarına uygun davranılacağını ve ziyaret bitiminde Türkiye’ye dönüş yapılacağını taahhüt ederim.</w:t>
      </w:r>
    </w:p>
    <w:p/>
    <w:p>
      <w:pPr>
        <w:jc w:val="left"/>
      </w:pPr>
      <w:r>
        <w:rPr>
          <w:sz w:val="22"/>
        </w:rPr>
        <w:t>Kişisel bilgilerim: Ad Soyad [_______], Pasaport/T.C. Kimlik/BRP No [_______], meslek/işveren [_______], adres [_______], telefon [_______], e‑posta [_______]. Son 6 aya ait banka hesap dökümlerim, maaş bordrolarım/çalıştığıma dair yazı ya da serbest meslek belgelerim, adres teyidi (kira kontratı/tapu/fatura) ve pasaport/BRP fotokopim ektedir.</w:t>
      </w:r>
    </w:p>
    <w:p/>
    <w:p>
      <w:pPr>
        <w:jc w:val="left"/>
      </w:pPr>
      <w:r>
        <w:rPr>
          <w:sz w:val="22"/>
        </w:rPr>
        <w:t>Başvurunun değerlendirilerek belirtilen tarihler için ziyaretçi vizesi düzenlenmesini saygıyla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[Sponsor]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Pasaport/T.C. Kimlik/BRP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Sponsor pasaport/kimlik/BRP fotokopisi</w:t>
      </w:r>
    </w:p>
    <w:p>
      <w:pPr>
        <w:jc w:val="left"/>
      </w:pPr>
      <w:r>
        <w:rPr>
          <w:sz w:val="22"/>
        </w:rPr>
        <w:t>2) Banka hesap dökümleri (son 6 ay) ve maaş bordroları/çalışma yazısı</w:t>
      </w:r>
    </w:p>
    <w:p>
      <w:pPr>
        <w:jc w:val="left"/>
      </w:pPr>
      <w:r>
        <w:rPr>
          <w:sz w:val="22"/>
        </w:rPr>
        <w:t>3) Adres teyidi (kira kontratı/tapu/abonelik faturası)</w:t>
      </w:r>
    </w:p>
    <w:p>
      <w:pPr>
        <w:jc w:val="left"/>
      </w:pPr>
      <w:r>
        <w:rPr>
          <w:sz w:val="22"/>
        </w:rPr>
        <w:t>4) Akrabalık/ilişkiyi gösteren belgeler (nüfus kayıt örn., fotoğraflar, yazışmalar)</w:t>
      </w:r>
    </w:p>
    <w:p>
      <w:pPr>
        <w:jc w:val="left"/>
      </w:pPr>
      <w:r>
        <w:rPr>
          <w:sz w:val="22"/>
        </w:rPr>
        <w:t>5) Başvuru sahibinin pasaport fotokopisi ve seyahat planı</w:t>
      </w:r>
    </w:p>
    <w:p>
      <w:pPr>
        <w:jc w:val="left"/>
      </w:pPr>
      <w:r>
        <w:rPr>
          <w:sz w:val="22"/>
        </w:rPr>
        <w:t>6) Konaklama rezervasyonu (sponsorda kalınmıyorsa)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