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sz w:val="22"/>
        </w:rPr>
        <w:t>................................................. İL/İLÇE</w:t>
      </w:r>
    </w:p>
    <w:p>
      <w:pPr>
        <w:jc w:val="center"/>
      </w:pPr>
      <w:r>
        <w:rPr>
          <w:sz w:val="22"/>
        </w:rPr>
        <w:t>................................................. İNİNAL ELEKTRONİK PARA VE ÖDEME HİZMETLERİ A.Ş. Müşteri Hizmetlerine</w:t>
      </w:r>
    </w:p>
    <w:p/>
    <w:p>
      <w:pPr>
        <w:jc w:val="center"/>
      </w:pPr>
      <w:r>
        <w:rPr>
          <w:sz w:val="22"/>
        </w:rPr>
        <w:t>Konu: İninal kart/hesap işlemine ilişkin [talep/itiraz]</w:t>
      </w:r>
    </w:p>
    <w:p/>
    <w:p>
      <w:pPr>
        <w:jc w:val="left"/>
      </w:pPr>
      <w:r>
        <w:rPr>
          <w:sz w:val="22"/>
        </w:rPr>
        <w:t>Tarafıma ait İninal hesap/kart ([Kart No son 4: ____] / Cüzdan ID: ______) üzerinde [..../..../20....] tarihinde, saat [__:__]’de [işlem türü] kapsamında [........ TL] tutarında işlem gerçekleşmiştir / hesabımda [açıklama: ör. hatalı ücret tahsilatı, başarısız yükleme, izinsiz işlem] tespit edilmiştir.</w:t>
      </w:r>
    </w:p>
    <w:p/>
    <w:p>
      <w:pPr>
        <w:jc w:val="left"/>
      </w:pPr>
      <w:r>
        <w:rPr>
          <w:sz w:val="22"/>
        </w:rPr>
        <w:t>Söz konusu işleme onay vermediğimi / hatalı olduğunu değerlendirdiğimi, konuya ilişkin kayıt ve logların incelenmesini; işlem/ücretin iadesini veya gerekli düzeltmenin yapılmasını talep ederim.</w:t>
      </w:r>
    </w:p>
    <w:p/>
    <w:p>
      <w:pPr>
        <w:jc w:val="left"/>
      </w:pPr>
      <w:r>
        <w:rPr>
          <w:sz w:val="22"/>
        </w:rPr>
        <w:t>Ayrıca tarafıma süreç ve sonuç hakkında yazılı bilgilendirme yapılmasını; benzer ücret/işlemlerin tekrarlanmaması için gerekli tedbirlerin alınmasını; talebim hâlinde kartımın/hesabımın [kapatılması/yenilenmesi] işleminin gerçekleştirilmesini isterim.</w:t>
      </w:r>
    </w:p>
    <w:p/>
    <w:p>
      <w:pPr>
        <w:jc w:val="left"/>
      </w:pPr>
      <w:r>
        <w:rPr>
          <w:sz w:val="22"/>
        </w:rPr>
        <w:t>Gereğini arz ederim.</w:t>
      </w:r>
    </w:p>
    <w:p/>
    <w:p>
      <w:pPr>
        <w:jc w:val="left"/>
      </w:pPr>
      <w:r>
        <w:rPr>
          <w:sz w:val="22"/>
        </w:rPr>
        <w:t>..............., .... / .... / 20....</w:t>
      </w:r>
    </w:p>
    <w:p/>
    <w:p>
      <w:pPr>
        <w:jc w:val="left"/>
      </w:pPr>
      <w:r>
        <w:rPr>
          <w:sz w:val="22"/>
        </w:rPr>
        <w:t>[Müşteri]</w:t>
      </w:r>
    </w:p>
    <w:p>
      <w:pPr>
        <w:jc w:val="left"/>
      </w:pPr>
      <w:r>
        <w:rPr>
          <w:sz w:val="22"/>
        </w:rPr>
        <w:t>Adı Soyadı : ______</w:t>
      </w:r>
    </w:p>
    <w:p>
      <w:pPr>
        <w:jc w:val="left"/>
      </w:pPr>
      <w:r>
        <w:rPr>
          <w:sz w:val="22"/>
        </w:rPr>
        <w:t>T.C. Kimlik No : ______</w:t>
      </w:r>
    </w:p>
    <w:p>
      <w:pPr>
        <w:jc w:val="left"/>
      </w:pPr>
      <w:r>
        <w:rPr>
          <w:sz w:val="22"/>
        </w:rPr>
        <w:t>Müşteri No / Cüzdan ID (varsa) : ______</w:t>
      </w:r>
    </w:p>
    <w:p>
      <w:pPr>
        <w:jc w:val="left"/>
      </w:pPr>
      <w:r>
        <w:rPr>
          <w:sz w:val="22"/>
        </w:rPr>
        <w:t>Kart No (son 4) : ______</w:t>
      </w:r>
    </w:p>
    <w:p>
      <w:pPr>
        <w:jc w:val="left"/>
      </w:pPr>
      <w:r>
        <w:rPr>
          <w:sz w:val="22"/>
        </w:rPr>
        <w:t>Adres : ______</w:t>
      </w:r>
    </w:p>
    <w:p>
      <w:pPr>
        <w:jc w:val="left"/>
      </w:pPr>
      <w:r>
        <w:rPr>
          <w:sz w:val="22"/>
        </w:rPr>
        <w:t>Telefon : ______</w:t>
      </w:r>
    </w:p>
    <w:p>
      <w:pPr>
        <w:jc w:val="left"/>
      </w:pPr>
      <w:r>
        <w:rPr>
          <w:sz w:val="22"/>
        </w:rPr>
        <w:t>E‑posta : ______</w:t>
      </w:r>
    </w:p>
    <w:p>
      <w:pPr>
        <w:jc w:val="left"/>
      </w:pPr>
      <w:r>
        <w:rPr>
          <w:sz w:val="22"/>
        </w:rPr>
        <w:t>İmza</w:t>
      </w:r>
    </w:p>
    <w:p/>
    <w:p/>
    <w:p/>
    <w:p/>
    <w:p/>
    <w:p>
      <w:pPr>
        <w:jc w:val="left"/>
      </w:pPr>
      <w:r>
        <w:rPr>
          <w:sz w:val="22"/>
        </w:rPr>
        <w:t>Ekler:</w:t>
      </w:r>
    </w:p>
    <w:p>
      <w:pPr>
        <w:jc w:val="left"/>
      </w:pPr>
      <w:r>
        <w:rPr>
          <w:sz w:val="22"/>
        </w:rPr>
        <w:t>1) İşlem dekontu/ekran görüntüsü</w:t>
      </w:r>
    </w:p>
    <w:p>
      <w:pPr>
        <w:jc w:val="left"/>
      </w:pPr>
      <w:r>
        <w:rPr>
          <w:sz w:val="22"/>
        </w:rPr>
        <w:t>2) Kimlik fotokopisi</w:t>
      </w:r>
    </w:p>
    <w:p>
      <w:pPr>
        <w:jc w:val="left"/>
      </w:pPr>
      <w:r>
        <w:rPr>
          <w:sz w:val="22"/>
        </w:rPr>
        <w:t>3) (Varsa) Banka/hesap hareket dökümü</w:t>
      </w:r>
    </w:p>
    <w:p>
      <w:pPr>
        <w:jc w:val="left"/>
      </w:pPr>
      <w:r>
        <w:rPr>
          <w:sz w:val="22"/>
        </w:rPr>
        <w:t>4) (Varsa) Çağrı merkezi kayıt/şikâyet referans numarası</w:t>
      </w:r>
    </w:p>
    <w:p>
      <w:pPr>
        <w:jc w:val="left"/>
      </w:pPr>
      <w:r>
        <w:rPr>
          <w:sz w:val="22"/>
        </w:rPr>
        <w:t>5) (Varsa) Diğer destekleyici belgeler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