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İSPANYA BAŞKONSOLOSLUĞUNA / TO THE CONSULATE GENERAL OF SPAIN IN [CITY]</w:t>
      </w:r>
    </w:p>
    <w:p/>
    <w:p>
      <w:pPr>
        <w:jc w:val="center"/>
      </w:pPr>
      <w:r>
        <w:rPr>
          <w:sz w:val="22"/>
        </w:rPr>
        <w:t>Konu: Vize başvurusu/işlem hakkında talep (TR‑EN) / Subject: Request regarding visa application/consular matter (TR‑EN)</w:t>
      </w:r>
    </w:p>
    <w:p/>
    <w:p>
      <w:pPr>
        <w:jc w:val="left"/>
      </w:pPr>
      <w:r>
        <w:rPr>
          <w:sz w:val="22"/>
        </w:rPr>
        <w:t>Sayın Yetkili,</w:t>
      </w:r>
    </w:p>
    <w:p>
      <w:pPr>
        <w:jc w:val="left"/>
      </w:pPr>
      <w:r>
        <w:rPr>
          <w:sz w:val="22"/>
        </w:rPr>
        <w:t>[Turistik/İş/Ziyaret/Öğrenci] vize başvurum kapsamında, İspanya’ya [..../..../20....] – [..../..../20....] tarihleri arasında seyahat etmeyi planlamaktayım. Pasaport No: [________], Başvuru/Referans No: [________].</w:t>
      </w:r>
    </w:p>
    <w:p>
      <w:pPr>
        <w:jc w:val="left"/>
      </w:pPr>
      <w:r>
        <w:rPr>
          <w:sz w:val="22"/>
        </w:rPr>
        <w:t>Başvurumun değerlendirilmesi için gerekli belgeler ekte sunulmuş olup, [randevu tarihi değişikliği/ek belge teslimi/başvuru durumumun bildirilmesi/davet mektubunun teyidi] hususlarında gereğini arz ederim.</w:t>
      </w:r>
    </w:p>
    <w:p/>
    <w:p>
      <w:pPr>
        <w:jc w:val="left"/>
      </w:pPr>
      <w:r>
        <w:rPr>
          <w:sz w:val="22"/>
        </w:rPr>
        <w:t>Dear Sir/Madam,</w:t>
      </w:r>
    </w:p>
    <w:p>
      <w:pPr>
        <w:jc w:val="left"/>
      </w:pPr>
      <w:r>
        <w:rPr>
          <w:sz w:val="22"/>
        </w:rPr>
        <w:t>In relation to my [Tourist/Business/Visitor/Student] visa application, I am planning to travel to Spain between [..../..../20....] and [..../..../20....]. Passport No: [________], Application/Reference No: [________].</w:t>
      </w:r>
    </w:p>
    <w:p>
      <w:pPr>
        <w:jc w:val="left"/>
      </w:pPr>
      <w:r>
        <w:rPr>
          <w:sz w:val="22"/>
        </w:rPr>
        <w:t>Please find enclosed the required documents for your consideration. I kindly request [rescheduling of my appointment/submission of additional documents/an update on my application status/verification of the invitation letter].</w:t>
      </w:r>
    </w:p>
    <w:p/>
    <w:p>
      <w:pPr>
        <w:jc w:val="left"/>
      </w:pPr>
      <w:r>
        <w:rPr>
          <w:sz w:val="22"/>
        </w:rPr>
        <w:t>Bilgilerinize sunar, gereğini arz ederim. / Kind regards, I remain at your disposal.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Applicant]</w:t>
      </w:r>
    </w:p>
    <w:p>
      <w:pPr>
        <w:jc w:val="left"/>
      </w:pPr>
      <w:r>
        <w:rPr>
          <w:sz w:val="22"/>
        </w:rPr>
        <w:t>Adı Soyadı / Full Name : ______</w:t>
      </w:r>
    </w:p>
    <w:p>
      <w:pPr>
        <w:jc w:val="left"/>
      </w:pPr>
      <w:r>
        <w:rPr>
          <w:sz w:val="22"/>
        </w:rPr>
        <w:t>T.C. Kimlik No / National ID : ______</w:t>
      </w:r>
    </w:p>
    <w:p>
      <w:pPr>
        <w:jc w:val="left"/>
      </w:pPr>
      <w:r>
        <w:rPr>
          <w:sz w:val="22"/>
        </w:rPr>
        <w:t>Pasaport No / Passport No : ______</w:t>
      </w:r>
    </w:p>
    <w:p>
      <w:pPr>
        <w:jc w:val="left"/>
      </w:pPr>
      <w:r>
        <w:rPr>
          <w:sz w:val="22"/>
        </w:rPr>
        <w:t>Adres / Address : ______</w:t>
      </w:r>
    </w:p>
    <w:p>
      <w:pPr>
        <w:jc w:val="left"/>
      </w:pPr>
      <w:r>
        <w:rPr>
          <w:sz w:val="22"/>
        </w:rPr>
        <w:t>Telefon / Phone : ______</w:t>
      </w:r>
    </w:p>
    <w:p>
      <w:pPr>
        <w:jc w:val="left"/>
      </w:pPr>
      <w:r>
        <w:rPr>
          <w:sz w:val="22"/>
        </w:rPr>
        <w:t>E‑posta / E‑mail : ______</w:t>
      </w:r>
    </w:p>
    <w:p>
      <w:pPr>
        <w:jc w:val="left"/>
      </w:pPr>
      <w:r>
        <w:rPr>
          <w:sz w:val="22"/>
        </w:rPr>
        <w:t>İmza / Signature</w:t>
      </w:r>
    </w:p>
    <w:p/>
    <w:p/>
    <w:p/>
    <w:p/>
    <w:p/>
    <w:p>
      <w:pPr>
        <w:jc w:val="left"/>
      </w:pPr>
      <w:r>
        <w:rPr>
          <w:sz w:val="22"/>
        </w:rPr>
        <w:t>Ekler / Enclosures:</w:t>
      </w:r>
    </w:p>
    <w:p>
      <w:pPr>
        <w:jc w:val="left"/>
      </w:pPr>
      <w:r>
        <w:rPr>
          <w:sz w:val="22"/>
        </w:rPr>
        <w:t>1) Pasaport ve kimlik fotokopileri / Copies of passport and ID</w:t>
      </w:r>
    </w:p>
    <w:p>
      <w:pPr>
        <w:jc w:val="left"/>
      </w:pPr>
      <w:r>
        <w:rPr>
          <w:sz w:val="22"/>
        </w:rPr>
        <w:t>2) Uçuş ve konaklama rezervasyonları / Flight and accommodation reservations</w:t>
      </w:r>
    </w:p>
    <w:p>
      <w:pPr>
        <w:jc w:val="left"/>
      </w:pPr>
      <w:r>
        <w:rPr>
          <w:sz w:val="22"/>
        </w:rPr>
        <w:t>3) Seyahat sağlık sigortası / Travel health insurance</w:t>
      </w:r>
    </w:p>
    <w:p>
      <w:pPr>
        <w:jc w:val="left"/>
      </w:pPr>
      <w:r>
        <w:rPr>
          <w:sz w:val="22"/>
        </w:rPr>
        <w:t>4) Gelir/maaş belgeleri veya sponsorluk yazısı / Proof of income/sponsorship letter</w:t>
      </w:r>
    </w:p>
    <w:p>
      <w:pPr>
        <w:jc w:val="left"/>
      </w:pPr>
      <w:r>
        <w:rPr>
          <w:sz w:val="22"/>
        </w:rPr>
        <w:t>5) Davetiye (varsa) / Invitation letter (if any)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