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İSPANYA BAŞKONSOLOSLUĞUNA / TO THE CONSULATE GENERAL OF SPAIN IN [CITY]</w:t>
      </w:r>
    </w:p>
    <w:p/>
    <w:p>
      <w:pPr>
        <w:jc w:val="center"/>
      </w:pPr>
      <w:r>
        <w:rPr>
          <w:sz w:val="22"/>
        </w:rPr>
        <w:t>Konu: Schengen (İspanya) vize başvurusu için niyet mektubu (TR‑EN) / Subject: Letter of Intent for Schengen (Spain) Visa (TR‑EN)</w:t>
      </w:r>
    </w:p>
    <w:p/>
    <w:p>
      <w:pPr>
        <w:jc w:val="left"/>
      </w:pPr>
      <w:r>
        <w:rPr>
          <w:sz w:val="22"/>
        </w:rPr>
        <w:t>Sayın Yetkili,</w:t>
      </w:r>
    </w:p>
    <w:p>
      <w:pPr>
        <w:jc w:val="left"/>
      </w:pPr>
      <w:r>
        <w:rPr>
          <w:sz w:val="22"/>
        </w:rPr>
        <w:t>İspanya’ya turistik/iş/ziyaret amaçlı olarak [..../..../20....] – [..../..../20....] tarihleri arasında seyahat etmeyi planlamaktayım. Planlanan güzergâhım: [Şehir 1] – [Şehir 2] – [Şehir 3]. Konaklama rezervasyonlarım ve gidiş‑dönüş uçuş bilgilerim ektedir.</w:t>
      </w:r>
    </w:p>
    <w:p>
      <w:pPr>
        <w:jc w:val="left"/>
      </w:pPr>
      <w:r>
        <w:rPr>
          <w:sz w:val="22"/>
        </w:rPr>
        <w:t>Masraflarım tarafımdan/sponsorum [Ad SOYAD] tarafından karşılanacaktır. Konaklama, ulaşım ve günlük harcamalar için yeterli mali kaynağa sahip olduğumu gösteren banka dökümleri/sponsor evrakları ekte sunulmuştur.</w:t>
      </w:r>
    </w:p>
    <w:p>
      <w:pPr>
        <w:jc w:val="left"/>
      </w:pPr>
      <w:r>
        <w:rPr>
          <w:sz w:val="22"/>
        </w:rPr>
        <w:t>Türkiye ile olan bağlarım kuvvetlidir; [işyerimde ... pozisyonunda çalışmaktayım/öğrenciyim], [iş sözleşmesi/öğrenci belgesi] ektedir. Seyahatim sonunda [işe/okula] geri döneceğim.</w:t>
      </w:r>
    </w:p>
    <w:p>
      <w:pPr>
        <w:jc w:val="left"/>
      </w:pPr>
      <w:r>
        <w:rPr>
          <w:sz w:val="22"/>
        </w:rPr>
        <w:t>Vize kurallarına ve ülkenizin mevzuatına riayet edeceğimi, seyahat sağlık sigortası yaptırdığımı ve belirtilen tarih aralığında kalışımı tamamlayıp Türkiye’ye döneceğimi taahhüt ederim.</w:t>
      </w:r>
    </w:p>
    <w:p/>
    <w:p>
      <w:pPr>
        <w:jc w:val="left"/>
      </w:pPr>
      <w:r>
        <w:rPr>
          <w:sz w:val="22"/>
        </w:rPr>
        <w:t>Dear Sir/Madam,</w:t>
      </w:r>
    </w:p>
    <w:p>
      <w:pPr>
        <w:jc w:val="left"/>
      </w:pPr>
      <w:r>
        <w:rPr>
          <w:sz w:val="22"/>
        </w:rPr>
        <w:t>I intend to travel to Spain for tourism/business/family visit between [..../..../20....] and [..../..../20....]. My planned itinerary is: [City 1] – [City 2] – [City 3]. Hotel bookings and round‑trip flight details are enclosed.</w:t>
      </w:r>
    </w:p>
    <w:p>
      <w:pPr>
        <w:jc w:val="left"/>
      </w:pPr>
      <w:r>
        <w:rPr>
          <w:sz w:val="22"/>
        </w:rPr>
        <w:t>The expenses of my trip will be covered by myself / my sponsor [Name SURNAME]. Bank statements/sponsorship documents demonstrating sufficient financial means are attached.</w:t>
      </w:r>
    </w:p>
    <w:p>
      <w:pPr>
        <w:jc w:val="left"/>
      </w:pPr>
      <w:r>
        <w:rPr>
          <w:sz w:val="22"/>
        </w:rPr>
        <w:t>I have strong ties to Turkey; I am currently [employed as ... / enrolled as a student], and my [employment contract/student certificate] is attached. I will return to Turkey at the end of my trip.</w:t>
      </w:r>
    </w:p>
    <w:p>
      <w:pPr>
        <w:jc w:val="left"/>
      </w:pPr>
      <w:r>
        <w:rPr>
          <w:sz w:val="22"/>
        </w:rPr>
        <w:t>I undertake to comply with the visa regulations and the laws of your country. I hold valid travel health insurance and will complete my stay within the stated dates and return to Turkey.</w:t>
      </w:r>
    </w:p>
    <w:p/>
    <w:p>
      <w:pPr>
        <w:jc w:val="left"/>
      </w:pPr>
      <w:r>
        <w:rPr>
          <w:sz w:val="22"/>
        </w:rPr>
        <w:t>Bilgilerinize sunar, gereğini arz ederim. / Kind regards.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Applicant]</w:t>
      </w:r>
    </w:p>
    <w:p>
      <w:pPr>
        <w:jc w:val="left"/>
      </w:pPr>
      <w:r>
        <w:rPr>
          <w:sz w:val="22"/>
        </w:rPr>
        <w:t>Adı Soyadı / Full Name : ______</w:t>
      </w:r>
    </w:p>
    <w:p>
      <w:pPr>
        <w:jc w:val="left"/>
      </w:pPr>
      <w:r>
        <w:rPr>
          <w:sz w:val="22"/>
        </w:rPr>
        <w:t>T.C. Kimlik No / National ID : ______</w:t>
      </w:r>
    </w:p>
    <w:p>
      <w:pPr>
        <w:jc w:val="left"/>
      </w:pPr>
      <w:r>
        <w:rPr>
          <w:sz w:val="22"/>
        </w:rPr>
        <w:t>Pasaport No / Passport No : ______</w:t>
      </w:r>
    </w:p>
    <w:p>
      <w:pPr>
        <w:jc w:val="left"/>
      </w:pPr>
      <w:r>
        <w:rPr>
          <w:sz w:val="22"/>
        </w:rPr>
        <w:t>Adres / Address : ______</w:t>
      </w:r>
    </w:p>
    <w:p>
      <w:pPr>
        <w:jc w:val="left"/>
      </w:pPr>
      <w:r>
        <w:rPr>
          <w:sz w:val="22"/>
        </w:rPr>
        <w:t>Telefon / Phone : ______</w:t>
      </w:r>
    </w:p>
    <w:p>
      <w:pPr>
        <w:jc w:val="left"/>
      </w:pPr>
      <w:r>
        <w:rPr>
          <w:sz w:val="22"/>
        </w:rPr>
        <w:t>E‑posta / E‑mail : ______</w:t>
      </w:r>
    </w:p>
    <w:p>
      <w:pPr>
        <w:jc w:val="left"/>
      </w:pPr>
      <w:r>
        <w:rPr>
          <w:sz w:val="22"/>
        </w:rPr>
        <w:t>İmza / Signature</w:t>
      </w:r>
    </w:p>
    <w:p/>
    <w:p/>
    <w:p/>
    <w:p/>
    <w:p/>
    <w:p>
      <w:pPr>
        <w:jc w:val="left"/>
      </w:pPr>
      <w:r>
        <w:rPr>
          <w:sz w:val="22"/>
        </w:rPr>
        <w:t>Ekler / Enclosures:</w:t>
      </w:r>
    </w:p>
    <w:p>
      <w:pPr>
        <w:jc w:val="left"/>
      </w:pPr>
      <w:r>
        <w:rPr>
          <w:sz w:val="22"/>
        </w:rPr>
        <w:t>1) Uçuş ve konaklama rezervasyonları / Flight and accommodation reservations</w:t>
      </w:r>
    </w:p>
    <w:p>
      <w:pPr>
        <w:jc w:val="left"/>
      </w:pPr>
      <w:r>
        <w:rPr>
          <w:sz w:val="22"/>
        </w:rPr>
        <w:t>2) Seyahat sağlık sigortası poliçesi / Travel health insurance policy</w:t>
      </w:r>
    </w:p>
    <w:p>
      <w:pPr>
        <w:jc w:val="left"/>
      </w:pPr>
      <w:r>
        <w:rPr>
          <w:sz w:val="22"/>
        </w:rPr>
        <w:t>3) Banka hesap dökümleri / Sponsorluk belgeleri / Bank statements / Sponsorship documents</w:t>
      </w:r>
    </w:p>
    <w:p>
      <w:pPr>
        <w:jc w:val="left"/>
      </w:pPr>
      <w:r>
        <w:rPr>
          <w:sz w:val="22"/>
        </w:rPr>
        <w:t>4) Çalışma/öğrenci belgeleri / Employment or student documents</w:t>
      </w:r>
    </w:p>
    <w:p>
      <w:pPr>
        <w:jc w:val="left"/>
      </w:pPr>
      <w:r>
        <w:rPr>
          <w:sz w:val="22"/>
        </w:rPr>
        <w:t>5) (Varsa) Davet mektubu ve destekleyici belgeler / (If any) Invitation letter and supporting documents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