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İSTANBUL ECZACI ODASI BAŞKANLIĞINA</w:t>
      </w:r>
    </w:p>
    <w:p/>
    <w:p>
      <w:pPr>
        <w:jc w:val="center"/>
      </w:pPr>
      <w:r>
        <w:rPr>
          <w:sz w:val="22"/>
        </w:rPr>
        <w:t>Konu: Oda işlemleri ve eczane/meslekî kayıt hakkında talep (üyelik, ruhsat, devir, unvan-güncelleme, aidat vb.)</w:t>
      </w:r>
    </w:p>
    <w:p/>
    <w:p>
      <w:pPr>
        <w:jc w:val="left"/>
      </w:pPr>
      <w:r>
        <w:rPr>
          <w:sz w:val="22"/>
        </w:rPr>
        <w:t>Odanız nezdindeki işlemlerime ilişkin olarak; aşağıda bilgileri yer alan üyeliğim/eczanem hakkında [üyelik kaydı/yeniden aktivasyon/eczane ruhsatı teslimi‑güncellemesi/devir işlemi/unvan‑adres değişikliği/mesul müdür ataması/aidat yapılandırması/SGK protokol işlemleri] talebimin değerlendirilmesini arz ederim.</w:t>
      </w:r>
    </w:p>
    <w:p/>
    <w:p>
      <w:pPr>
        <w:jc w:val="left"/>
      </w:pPr>
      <w:r>
        <w:rPr>
          <w:sz w:val="22"/>
        </w:rPr>
        <w:t>Üye Sicil No : [________]   ·   T.C. Kimlik No : [________]   ·   Vergi No : [________]</w:t>
      </w:r>
    </w:p>
    <w:p>
      <w:pPr>
        <w:jc w:val="left"/>
      </w:pPr>
      <w:r>
        <w:rPr>
          <w:sz w:val="22"/>
        </w:rPr>
        <w:t>Eczane/İşyeri Unvanı : [________]   ·   İlçe : [________]   ·   SGK Protokol No (varsa) : [________]</w:t>
      </w:r>
    </w:p>
    <w:p>
      <w:pPr>
        <w:jc w:val="left"/>
      </w:pPr>
      <w:r>
        <w:rPr>
          <w:sz w:val="22"/>
        </w:rPr>
        <w:t>İşyeri Adresi : [Mahalle‑Cadde‑No/İlçe/İl]   ·   Telefon : [________]   ·   E‑posta : [________]</w:t>
      </w:r>
    </w:p>
    <w:p/>
    <w:p>
      <w:pPr>
        <w:jc w:val="left"/>
      </w:pPr>
      <w:r>
        <w:rPr>
          <w:sz w:val="22"/>
        </w:rPr>
        <w:t>Açıklama: [Kısa ve net açıklama – ör. “Eczane unvan değişikliğinin oda kayıtlarına işlenmesi ve ruhsat değişikliği yazısının tarafıma verilmesi talebimdir.” veya “2024‑2025 yılları aidat borcumun yapılandırılmasını talep ederim.”] Gerekli belgeler ekte sunulmuştur.</w:t>
      </w:r>
    </w:p>
    <w:p/>
    <w:p>
      <w:pPr>
        <w:jc w:val="left"/>
      </w:pPr>
      <w:r>
        <w:rPr>
          <w:sz w:val="22"/>
        </w:rPr>
        <w:t>İşlemin mevzuat ve meslek odası uygulamaları kapsamında sonuçlandırılarak tarafıma yazılı/e‑posta/telefon yoluyla bilgi verilmesini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İstanbul, .... / .... / 20....</w:t>
      </w:r>
    </w:p>
    <w:p/>
    <w:p>
      <w:pPr>
        <w:jc w:val="left"/>
      </w:pPr>
      <w:r>
        <w:rPr>
          <w:sz w:val="22"/>
        </w:rPr>
        <w:t>[Üye/Eczane Sahibi veya Mesul Müdür]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Üye Sicil No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Eczane/İşyeri Unvanı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İmza/Kaşe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Meslek ruhsatı/eczane ruhsatı veya başvuru çıktısı (güncel)</w:t>
      </w:r>
    </w:p>
    <w:p>
      <w:pPr>
        <w:jc w:val="left"/>
      </w:pPr>
      <w:r>
        <w:rPr>
          <w:sz w:val="22"/>
        </w:rPr>
        <w:t>2) Vergi levhası ve faaliyet belgesi</w:t>
      </w:r>
    </w:p>
    <w:p>
      <w:pPr>
        <w:jc w:val="left"/>
      </w:pPr>
      <w:r>
        <w:rPr>
          <w:sz w:val="22"/>
        </w:rPr>
        <w:t>3) İşyeri açma/çalışma ruhsatı veya kira sözleşmesi/tapu</w:t>
      </w:r>
    </w:p>
    <w:p>
      <w:pPr>
        <w:jc w:val="left"/>
      </w:pPr>
      <w:r>
        <w:rPr>
          <w:sz w:val="22"/>
        </w:rPr>
        <w:t>4) İmza sirküleri ve yetki belgesi (varsa)</w:t>
      </w:r>
    </w:p>
    <w:p>
      <w:pPr>
        <w:jc w:val="left"/>
      </w:pPr>
      <w:r>
        <w:rPr>
          <w:sz w:val="22"/>
        </w:rPr>
        <w:t>5) SGK protokol/sözleşme belgeleri (varsa)</w:t>
      </w:r>
    </w:p>
    <w:p>
      <w:pPr>
        <w:jc w:val="left"/>
      </w:pPr>
      <w:r>
        <w:rPr>
          <w:sz w:val="22"/>
        </w:rPr>
        <w:t>6) Diğer destekleyici belgeler (dilekçede belirtilen)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