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İSTANBUL SANAYİ ODASI BAŞKANLIĞINA</w:t>
      </w:r>
    </w:p>
    <w:p/>
    <w:p>
      <w:pPr>
        <w:jc w:val="center"/>
      </w:pPr>
      <w:r>
        <w:rPr>
          <w:sz w:val="22"/>
        </w:rPr>
        <w:t>Konu: [Üyelik/Belge/İşlem] Talebi</w:t>
      </w:r>
    </w:p>
    <w:p/>
    <w:p>
      <w:pPr>
        <w:jc w:val="left"/>
      </w:pPr>
      <w:r>
        <w:rPr>
          <w:sz w:val="22"/>
        </w:rPr>
        <w:t>Şirketim/Şahsım adına İstanbul Sanayi Odası nezdinde [üyelik kaydı/üye bilgileri güncelleme/oda faaliyet belgesi/kapasite raporu başvurusu/diğer işlem] yapılması için başvuruda bulunmaktayım.</w:t>
      </w:r>
    </w:p>
    <w:p/>
    <w:p>
      <w:pPr>
        <w:jc w:val="left"/>
      </w:pPr>
      <w:r>
        <w:rPr>
          <w:sz w:val="22"/>
        </w:rPr>
        <w:t>İlgili işlem için gerekli bilgi ve belgeler ekte sunulmuştur. Belirtilen talebim hakkında işlemlerin başlatılması ve sürecin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[Başvuran/Şirket Yetkilisi]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 : ______</w:t>
      </w:r>
    </w:p>
    <w:p>
      <w:pPr>
        <w:jc w:val="left"/>
      </w:pPr>
      <w:r>
        <w:rPr>
          <w:sz w:val="22"/>
        </w:rPr>
        <w:t>Şirket Adı : ______</w:t>
      </w:r>
    </w:p>
    <w:p>
      <w:pPr>
        <w:jc w:val="left"/>
      </w:pPr>
      <w:r>
        <w:rPr>
          <w:sz w:val="22"/>
        </w:rPr>
        <w:t>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Ticaret Sicil Gazetesi örneği (güncel)</w:t>
      </w:r>
    </w:p>
    <w:p>
      <w:pPr>
        <w:jc w:val="left"/>
      </w:pPr>
      <w:r>
        <w:rPr>
          <w:sz w:val="22"/>
        </w:rPr>
        <w:t>2) İmza sirküleri / imza beyannamesi</w:t>
      </w:r>
    </w:p>
    <w:p>
      <w:pPr>
        <w:jc w:val="left"/>
      </w:pPr>
      <w:r>
        <w:rPr>
          <w:sz w:val="22"/>
        </w:rPr>
        <w:t>3) Vergi levhası örneği</w:t>
      </w:r>
    </w:p>
    <w:p>
      <w:pPr>
        <w:jc w:val="left"/>
      </w:pPr>
      <w:r>
        <w:rPr>
          <w:sz w:val="22"/>
        </w:rPr>
        <w:t>4) (İşleme göre) Kapasite raporu/formlar veya faaliyet belgesi başvuru evrakı</w:t>
      </w:r>
    </w:p>
    <w:p>
      <w:pPr>
        <w:jc w:val="left"/>
      </w:pPr>
      <w:r>
        <w:rPr>
          <w:sz w:val="22"/>
        </w:rPr>
        <w:t>5) (Varsa) Yetki belgesi / vekâletname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