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İSTANBUL TİCARET ODASI BAŞKANLIĞINA</w:t>
      </w:r>
    </w:p>
    <w:p/>
    <w:p>
      <w:pPr>
        <w:jc w:val="center"/>
      </w:pPr>
      <w:r>
        <w:rPr>
          <w:sz w:val="22"/>
        </w:rPr>
        <w:t>Konu: [Üyelik/Belge/İşlem] Talebi</w:t>
      </w:r>
    </w:p>
    <w:p/>
    <w:p>
      <w:pPr>
        <w:jc w:val="left"/>
      </w:pPr>
      <w:r>
        <w:rPr>
          <w:sz w:val="22"/>
        </w:rPr>
        <w:t>Şirketim/Şahsım adına İstanbul Ticaret Odası nezdinde [üyelik kaydı/oda kayıt belgesi/faaliyet belgesi/oda sicil sureti/ünvan‑adres‑yetkili güncellemesi/diğer işlem] yapılması için başvuruda bulunmaktayım.</w:t>
      </w:r>
    </w:p>
    <w:p/>
    <w:p>
      <w:pPr>
        <w:jc w:val="left"/>
      </w:pPr>
      <w:r>
        <w:rPr>
          <w:sz w:val="22"/>
        </w:rPr>
        <w:t>İlgili işleme ilişkin gerekli bilgi ve belgeler ekte sunulmuştur. Belirtilen talebim hakkında işlemlerin başlatılması ve sürecin tarafıma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İstanbul, .... / .... / 20....</w:t>
      </w:r>
    </w:p>
    <w:p/>
    <w:p>
      <w:pPr>
        <w:jc w:val="left"/>
      </w:pPr>
      <w:r>
        <w:rPr>
          <w:sz w:val="22"/>
        </w:rPr>
        <w:t>[Başvuran/Şirket Yetkilisi]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Unvan : ______</w:t>
      </w:r>
    </w:p>
    <w:p>
      <w:pPr>
        <w:jc w:val="left"/>
      </w:pPr>
      <w:r>
        <w:rPr>
          <w:sz w:val="22"/>
        </w:rPr>
        <w:t>Şirket Adı : ______</w:t>
      </w:r>
    </w:p>
    <w:p>
      <w:pPr>
        <w:jc w:val="left"/>
      </w:pPr>
      <w:r>
        <w:rPr>
          <w:sz w:val="22"/>
        </w:rPr>
        <w:t>Vergi No : ______</w:t>
      </w:r>
    </w:p>
    <w:p>
      <w:pPr>
        <w:jc w:val="left"/>
      </w:pPr>
      <w:r>
        <w:rPr>
          <w:sz w:val="22"/>
        </w:rPr>
        <w:t>Oda Sicil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Ticaret Sicil Gazetesi örneği (güncel)</w:t>
      </w:r>
    </w:p>
    <w:p>
      <w:pPr>
        <w:jc w:val="left"/>
      </w:pPr>
      <w:r>
        <w:rPr>
          <w:sz w:val="22"/>
        </w:rPr>
        <w:t>2) İmza sirküleri / imza beyannamesi</w:t>
      </w:r>
    </w:p>
    <w:p>
      <w:pPr>
        <w:jc w:val="left"/>
      </w:pPr>
      <w:r>
        <w:rPr>
          <w:sz w:val="22"/>
        </w:rPr>
        <w:t>3) Vergi levhası örneği</w:t>
      </w:r>
    </w:p>
    <w:p>
      <w:pPr>
        <w:jc w:val="left"/>
      </w:pPr>
      <w:r>
        <w:rPr>
          <w:sz w:val="22"/>
        </w:rPr>
        <w:t>4) (İşleme göre) Oda kayıt/faaliyet belgesi başvuru evrakı/formları</w:t>
      </w:r>
    </w:p>
    <w:p>
      <w:pPr>
        <w:jc w:val="left"/>
      </w:pPr>
      <w:r>
        <w:rPr>
          <w:sz w:val="22"/>
        </w:rPr>
        <w:t>5) (Varsa) Yetki belgesi / vekâletname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