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[ÜNİVERSİTE REKTÖRLÜĞÜNE / YABANCI DİLLER YÜKSEKOKULU MÜDÜRLÜĞÜNE]</w:t>
      </w:r>
    </w:p>
    <w:p/>
    <w:p>
      <w:pPr>
        <w:jc w:val="center"/>
      </w:pPr>
      <w:r>
        <w:rPr>
          <w:sz w:val="22"/>
        </w:rPr>
        <w:t>Konu: İsteğe bağlı hazırlık sınıfına katılma talebi</w:t>
      </w:r>
    </w:p>
    <w:p/>
    <w:p>
      <w:pPr>
        <w:jc w:val="left"/>
      </w:pPr>
      <w:r>
        <w:rPr>
          <w:sz w:val="22"/>
        </w:rPr>
        <w:t>Üniversiteniz [Fakülte/Yüksekokul] [Bölüm/Program] [Hazırlık muaf değil/isteğe bağlı] statüsünde kayıtlı öğrencisiyim. [20..‑20..] akademik yılında isteğe bağlı yabancı dil hazırlık sınıfına katılmak istiyorum.</w:t>
      </w:r>
    </w:p>
    <w:p/>
    <w:p>
      <w:pPr>
        <w:jc w:val="left"/>
      </w:pPr>
      <w:r>
        <w:rPr>
          <w:sz w:val="22"/>
        </w:rPr>
        <w:t>Hazırlık sınıfı yerleştirme/kur seviye tespit sınavına alınmamı; muafiyet şartlarını sağlamamam hâlinde hazırlık programına kaydımın yapılmasını ve derslere devamım için gerekli işlemlerin başlatılmasını arz ederim.</w:t>
      </w:r>
    </w:p>
    <w:p/>
    <w:p>
      <w:pPr>
        <w:jc w:val="left"/>
      </w:pPr>
      <w:r>
        <w:rPr>
          <w:sz w:val="22"/>
        </w:rPr>
        <w:t>Bilgilerinize sunar, sonuç hakkında tarafıma bilgilendirme yapılmasını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[Öğrenci]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Öğrenci No : ______</w:t>
      </w:r>
    </w:p>
    <w:p>
      <w:pPr>
        <w:jc w:val="left"/>
      </w:pPr>
      <w:r>
        <w:rPr>
          <w:sz w:val="22"/>
        </w:rPr>
        <w:t>Fakülte/Program : ______</w:t>
      </w:r>
    </w:p>
    <w:p>
      <w:pPr>
        <w:jc w:val="left"/>
      </w:pPr>
      <w:r>
        <w:rPr>
          <w:sz w:val="22"/>
        </w:rPr>
        <w:t>Sınıf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Öğrenci belgesi (güncel)</w:t>
      </w:r>
    </w:p>
    <w:p>
      <w:pPr>
        <w:jc w:val="left"/>
      </w:pPr>
      <w:r>
        <w:rPr>
          <w:sz w:val="22"/>
        </w:rPr>
        <w:t>2) Kimlik fotokopisi</w:t>
      </w:r>
    </w:p>
    <w:p>
      <w:pPr>
        <w:jc w:val="left"/>
      </w:pPr>
      <w:r>
        <w:rPr>
          <w:sz w:val="22"/>
        </w:rPr>
        <w:t>3) (Varsa) Yabancı dil sınav sonuç belgesi / muafiyet belgesi</w:t>
      </w:r>
    </w:p>
    <w:p>
      <w:pPr>
        <w:jc w:val="left"/>
      </w:pPr>
      <w:r>
        <w:rPr>
          <w:sz w:val="22"/>
        </w:rPr>
        <w:t>4) (Varsa) Dilekçeyi teslim ettiğine dair alındı/evrak kayıt örneği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