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[KURUM/BAŞKANLIK/MÜDÜRLÜK ADINA]</w:t>
      </w:r>
    </w:p>
    <w:p/>
    <w:p>
      <w:pPr>
        <w:jc w:val="center"/>
      </w:pPr>
      <w:r>
        <w:rPr>
          <w:sz w:val="22"/>
        </w:rPr>
        <w:t>Konu: [Talep/İstek] Hakkında</w:t>
      </w:r>
    </w:p>
    <w:p/>
    <w:p>
      <w:pPr>
        <w:jc w:val="left"/>
      </w:pPr>
      <w:r>
        <w:rPr>
          <w:sz w:val="22"/>
        </w:rPr>
        <w:t>Kurumunuz nezdinde [kısa talep özeti: örn. belge verilmesi, kayıt güncellemesi, hizmetten yararlanma, bakım-onarım talebi vb.] hususunda işlem yapılmasını talep ediyorum.</w:t>
      </w:r>
    </w:p>
    <w:p/>
    <w:p>
      <w:pPr>
        <w:jc w:val="left"/>
      </w:pPr>
      <w:r>
        <w:rPr>
          <w:sz w:val="22"/>
        </w:rPr>
        <w:t>Talebimin konusu ve gerekçesi: [olayın/işlemin açıklaması, tarih/sayı bilgileri, mağduriyet/zaruret nedenleri, mevzuat atfı varsa ekleyiniz].</w:t>
      </w:r>
    </w:p>
    <w:p/>
    <w:p>
      <w:pPr>
        <w:jc w:val="left"/>
      </w:pPr>
      <w:r>
        <w:rPr>
          <w:sz w:val="22"/>
        </w:rPr>
        <w:t>Talebim kapsamında gerekli değerlendirmenin yapılarak sonucun tarafıma yazılı olarak bildirilmesini arz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(Varsa) Evrak/Abone/Müşteri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İlgili belge/başvuru formu</w:t>
      </w:r>
    </w:p>
    <w:p>
      <w:pPr>
        <w:jc w:val="left"/>
      </w:pPr>
      <w:r>
        <w:rPr>
          <w:sz w:val="22"/>
        </w:rPr>
        <w:t>2) Kimlik fotokopisi</w:t>
      </w:r>
    </w:p>
    <w:p>
      <w:pPr>
        <w:jc w:val="left"/>
      </w:pPr>
      <w:r>
        <w:rPr>
          <w:sz w:val="22"/>
        </w:rPr>
        <w:t>3) (Varsa) Konuya ilişkin yazışmalar/evrak</w:t>
      </w:r>
    </w:p>
    <w:p>
      <w:pPr>
        <w:jc w:val="left"/>
      </w:pPr>
      <w:r>
        <w:rPr>
          <w:sz w:val="22"/>
        </w:rPr>
        <w:t>4) (Varsa) Delil niteliğindeki fotoğraf/rapor vb.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